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Certificate of Organization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CERTIFICATE OF ORGANIZATION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 [NAME OF LLC]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In compliance with the requirements of 15 Pa.C.S. § 8821 (relating to certificate of organization), the undersigned desiring to organize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limited liability company, hereby certifies that: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Limited Liability Company is [name of limited liability company].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address of this limited liability company's registered office in this Commonwealth is: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[full address including county]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each organizer is: [name]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Certificate of Organization is effective on [the filing date]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later date].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TESTIMONY WHEREOF, the organizer(s) has (have) executed this Certificate of Organization this [day]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(type or print)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(type or print)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