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Satisfaction of Mechanic’s Lien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CERTIFICATE OF SATISFACTION OF MECHANIC’S LIEN (NY)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individual lienor] (“Lienor”), residing at [address of lienor]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do hereby certify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mechanic’s lien filed by Lienor in the Office of the [county name] County Clerk on [month] [day], [year], against the building(s) and lot(s) with the improvements thereon situated at certain real property, described as [address of property], in the sum of $[lien amount], claimed against [name of owner of real property], as owner(s) of said real property, and against [name of contractor, if applicable], as contractor, is [wholly or partially] paid and is [wholly or partially] satisfied, and the undersigned does hereby consent and request that said mechanic’s lien be [discharged of record or discharged only as against the following portion of said real property]:</w:t>
      </w:r>
    </w:p>
    <w:p>
      <w:pPr>
        <w:keepNext w:val="0"/>
        <w:spacing w:before="200" w:after="0" w:line="260" w:lineRule="exact"/>
        <w:ind w:left="720" w:right="0" w:firstLine="0"/>
        <w:jc w:val="both"/>
      </w:pPr>
      <w:r>
        <w:rPr>
          <w:rFonts w:ascii="Times New Roman" w:hAnsi="Times New Roman" w:eastAsia="Times New Roman" w:cs="Times New Roman"/>
          <w:b w:val="0"/>
          <w:sz w:val="24"/>
        </w:rPr>
        <w:t>[description of portion of property to be discharged]</w:t>
      </w:r>
    </w:p>
    <w:p>
      <w:pPr>
        <w:keepNext w:val="0"/>
        <w:spacing w:before="200" w:after="0" w:line="260" w:lineRule="exact"/>
        <w:ind w:left="360" w:right="0" w:firstLine="0"/>
        <w:jc w:val="both"/>
      </w:pPr>
      <w:r>
        <w:rPr>
          <w:rFonts w:ascii="Times New Roman" w:hAnsi="Times New Roman" w:eastAsia="Times New Roman" w:cs="Times New Roman"/>
          <w:b w:val="0"/>
          <w:sz w:val="24"/>
        </w:rPr>
        <w:t>Dated: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individual lienor]</w:t>
      </w:r>
    </w:p>
    <w:p>
      <w:pPr>
        <w:keepNext w:val="0"/>
        <w:spacing w:before="200" w:after="0" w:line="260" w:lineRule="exact"/>
        <w:ind w:left="360" w:right="0" w:firstLine="0"/>
        <w:jc w:val="both"/>
      </w:pPr>
      <w:r>
        <w:rPr>
          <w:rFonts w:ascii="Times New Roman" w:hAnsi="Times New Roman" w:eastAsia="Times New Roman" w:cs="Times New Roman"/>
          <w:b w:val="0"/>
          <w:sz w:val="24"/>
        </w:rPr>
        <w:t>On the [day] of [month] in the year [year], before me, the undersigned, personally appeared [name of person executing certification],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Sworn to before me on this [day]</w:t>
      </w:r>
    </w:p>
    <w:p>
      <w:pPr>
        <w:keepNext w:val="0"/>
        <w:spacing w:before="60" w:after="0" w:line="260" w:lineRule="exact"/>
        <w:ind w:left="360" w:right="0" w:firstLine="0"/>
        <w:jc w:val="both"/>
      </w:pPr>
      <w:r>
        <w:rPr>
          <w:rFonts w:ascii="Times New Roman" w:hAnsi="Times New Roman" w:eastAsia="Times New Roman" w:cs="Times New Roman"/>
          <w:b w:val="0"/>
          <w:sz w:val="24"/>
        </w:rPr>
        <w:t>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RETURN BY MAIL TO:</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[address for record and return]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