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Certificate of Service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 certify that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copy of the above [title of document served] was mailed or delivered electronically or nonelectronically on [date of service] to all counsel and self-represented parties of record and that written consent for electronic delivery was received from all counsel and self-represented parties of record who were electronically served.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Parties and/or attorneys served: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[List name of each party and attorney served and address at which service was made]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 (signature of attorney or party making service)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[typed name of attorney or party making service]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