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Service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[NAME OF COURT] COURT OF [NAME OF COUNTY] COUNTY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I have this day served the foregoing [full title of pleading or other document being served] upon [counsel for] all parties by [delivering / causing to be delivered] by hand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same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 of counsel of record, or of parties if no counsel of record.]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____________ day of __________________, 20______.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/S/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or deliverer's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[Law 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 [party's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