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Certificate of Service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 certify that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true copy of the foregoing [full title of document being served (e.g., Motion for Summary Judgment)] has this day been served on the following [party/parties] by [manner of service (e.g., electronically by transmission to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electronic filing service provider for service through the state's electronic filing manager)]: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[counsel/party name(s), address(es), party designation(s)]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SIGNED: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 (e.g., Defendant)] [party name]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