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CERTIFICATE OF TRUST</w:t>
      </w:r>
    </w:p>
    <w:p>
      <w:pPr/>
    </w:p>
    <w:p>
      <w:pPr/>
      <w:r>
        <w:rPr>
          <w:rFonts w:ascii="Times New Roman" w:hAnsi="Times New Roman" w:eastAsia="Times New Roman" w:cs="Times New Roman"/>
          <w:sz w:val="24"/>
        </w:rPr>
        <w:t>STATE OF ____________________</w:t>
      </w:r>
    </w:p>
    <w:p>
      <w:pPr/>
      <w:r>
        <w:rPr>
          <w:rFonts w:ascii="Times New Roman" w:hAnsi="Times New Roman" w:eastAsia="Times New Roman" w:cs="Times New Roman"/>
          <w:sz w:val="24"/>
        </w:rPr>
        <w:t>COUNTY OF ____________________</w:t>
      </w:r>
    </w:p>
    <w:p>
      <w:pPr/>
    </w:p>
    <w:p>
      <w:pPr/>
      <w:r>
        <w:rPr>
          <w:rFonts w:ascii="Times New Roman" w:hAnsi="Times New Roman" w:eastAsia="Times New Roman" w:cs="Times New Roman"/>
          <w:b/>
          <w:sz w:val="24"/>
        </w:rPr>
        <w:t>I. AFFIANT</w:t>
      </w:r>
      <w:r>
        <w:rPr>
          <w:rFonts w:ascii="Times New Roman" w:hAnsi="Times New Roman" w:eastAsia="Times New Roman" w:cs="Times New Roman"/>
          <w:sz w:val="24"/>
        </w:rPr>
        <w:t>. I, ____________________ (“Affiant”), being duly sworn, deposes and states under penalty of perjury that the foregoing is true and correct.</w:t>
      </w:r>
    </w:p>
    <w:p>
      <w:pPr/>
    </w:p>
    <w:p>
      <w:pPr/>
      <w:r>
        <w:rPr>
          <w:rFonts w:ascii="Times New Roman" w:hAnsi="Times New Roman" w:eastAsia="Times New Roman" w:cs="Times New Roman"/>
          <w:b/>
          <w:sz w:val="24"/>
        </w:rPr>
        <w:t>II. TRUST</w:t>
      </w:r>
      <w:r>
        <w:rPr>
          <w:rFonts w:ascii="Times New Roman" w:hAnsi="Times New Roman" w:eastAsia="Times New Roman" w:cs="Times New Roman"/>
          <w:sz w:val="24"/>
        </w:rPr>
        <w:t>. The Trust is known as ____________________ (“Trust”).</w:t>
      </w:r>
    </w:p>
    <w:p>
      <w:pPr/>
    </w:p>
    <w:p>
      <w:pPr/>
      <w:r>
        <w:rPr>
          <w:rFonts w:ascii="Times New Roman" w:hAnsi="Times New Roman" w:eastAsia="Times New Roman" w:cs="Times New Roman"/>
          <w:sz w:val="24"/>
        </w:rPr>
        <w:t xml:space="preserve">The Trust has not been terminated, revoked, modified, or amended in any manner that would cause the representations contained in this </w:t>
      </w:r>
      <w:r>
        <w:rPr>
          <w:rFonts w:ascii="Times New Roman" w:hAnsi="Times New Roman" w:eastAsia="Times New Roman" w:cs="Times New Roman"/>
          <w:b/>
          <w:sz w:val="24"/>
        </w:rPr>
        <w:t>Certification of Trust</w:t>
      </w:r>
      <w:r>
        <w:rPr>
          <w:rFonts w:ascii="Times New Roman" w:hAnsi="Times New Roman" w:eastAsia="Times New Roman" w:cs="Times New Roman"/>
          <w:sz w:val="24"/>
        </w:rPr>
        <w:t xml:space="preserve"> to be incorrect.</w:t>
      </w:r>
    </w:p>
    <w:p>
      <w:pPr/>
    </w:p>
    <w:p>
      <w:pPr/>
      <w:r>
        <w:rPr>
          <w:rFonts w:ascii="Times New Roman" w:hAnsi="Times New Roman" w:eastAsia="Times New Roman" w:cs="Times New Roman"/>
          <w:sz w:val="24"/>
        </w:rPr>
        <w:t xml:space="preserve">a.) </w:t>
      </w:r>
      <w:r>
        <w:rPr>
          <w:rFonts w:ascii="Times New Roman" w:hAnsi="Times New Roman" w:eastAsia="Times New Roman" w:cs="Times New Roman"/>
          <w:sz w:val="24"/>
        </w:rPr>
        <w:t>Type</w:t>
      </w:r>
      <w:r>
        <w:rPr>
          <w:rFonts w:ascii="Times New Roman" w:hAnsi="Times New Roman" w:eastAsia="Times New Roman" w:cs="Times New Roman"/>
          <w:sz w:val="24"/>
        </w:rPr>
        <w:t>. The Trust is considered: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Revocable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Irrevocable</w:t>
      </w:r>
    </w:p>
    <w:p>
      <w:pPr/>
      <w:r>
        <w:rPr>
          <w:rFonts w:ascii="Times New Roman" w:hAnsi="Times New Roman" w:eastAsia="Times New Roman" w:cs="Times New Roman"/>
          <w:sz w:val="24"/>
        </w:rPr>
        <w:t xml:space="preserve">b.) </w:t>
      </w:r>
      <w:r>
        <w:rPr>
          <w:rFonts w:ascii="Times New Roman" w:hAnsi="Times New Roman" w:eastAsia="Times New Roman" w:cs="Times New Roman"/>
          <w:sz w:val="24"/>
        </w:rPr>
        <w:t>Date</w:t>
      </w:r>
      <w:r>
        <w:rPr>
          <w:rFonts w:ascii="Times New Roman" w:hAnsi="Times New Roman" w:eastAsia="Times New Roman" w:cs="Times New Roman"/>
          <w:sz w:val="24"/>
        </w:rPr>
        <w:t>. The Trust was signed on ____________________, 20_____.</w:t>
      </w:r>
    </w:p>
    <w:p>
      <w:pPr/>
      <w:r>
        <w:rPr>
          <w:rFonts w:ascii="Times New Roman" w:hAnsi="Times New Roman" w:eastAsia="Times New Roman" w:cs="Times New Roman"/>
          <w:sz w:val="24"/>
        </w:rPr>
        <w:t xml:space="preserve">c.) </w:t>
      </w:r>
      <w:r>
        <w:rPr>
          <w:rFonts w:ascii="Times New Roman" w:hAnsi="Times New Roman" w:eastAsia="Times New Roman" w:cs="Times New Roman"/>
          <w:sz w:val="24"/>
        </w:rPr>
        <w:t>Tax ID Number</w:t>
      </w:r>
      <w:r>
        <w:rPr>
          <w:rFonts w:ascii="Times New Roman" w:hAnsi="Times New Roman" w:eastAsia="Times New Roman" w:cs="Times New Roman"/>
          <w:sz w:val="24"/>
        </w:rPr>
        <w:t>. ____________________</w:t>
      </w:r>
    </w:p>
    <w:p>
      <w:pPr/>
    </w:p>
    <w:p>
      <w:pPr/>
      <w:r>
        <w:rPr>
          <w:rFonts w:ascii="Times New Roman" w:hAnsi="Times New Roman" w:eastAsia="Times New Roman" w:cs="Times New Roman"/>
          <w:b/>
          <w:sz w:val="24"/>
        </w:rPr>
        <w:t>III. SETTLOR(S)</w:t>
      </w:r>
      <w:r>
        <w:rPr>
          <w:rFonts w:ascii="Times New Roman" w:hAnsi="Times New Roman" w:eastAsia="Times New Roman" w:cs="Times New Roman"/>
          <w:sz w:val="24"/>
        </w:rPr>
        <w:t>. ____________________ (“Settlor(s)”) with a mailing address of ______________________________.</w:t>
      </w:r>
    </w:p>
    <w:p>
      <w:pPr/>
    </w:p>
    <w:p>
      <w:pPr/>
      <w:r>
        <w:rPr>
          <w:rFonts w:ascii="Times New Roman" w:hAnsi="Times New Roman" w:eastAsia="Times New Roman" w:cs="Times New Roman"/>
          <w:b/>
          <w:sz w:val="24"/>
        </w:rPr>
        <w:t>IV. TRUSTEE(S)</w:t>
      </w:r>
      <w:r>
        <w:rPr>
          <w:rFonts w:ascii="Times New Roman" w:hAnsi="Times New Roman" w:eastAsia="Times New Roman" w:cs="Times New Roman"/>
          <w:sz w:val="24"/>
        </w:rPr>
        <w:t>. ____________________ (“Trustee(s)”) with a mailing address of ______________________________.</w:t>
      </w:r>
    </w:p>
    <w:p>
      <w:pPr/>
    </w:p>
    <w:p>
      <w:pPr/>
      <w:r>
        <w:rPr>
          <w:rFonts w:ascii="Times New Roman" w:hAnsi="Times New Roman" w:eastAsia="Times New Roman" w:cs="Times New Roman"/>
          <w:b/>
          <w:sz w:val="24"/>
        </w:rPr>
        <w:t>V. SUCCESSOR TRUSTEE(S)</w:t>
      </w:r>
      <w:r>
        <w:rPr>
          <w:rFonts w:ascii="Times New Roman" w:hAnsi="Times New Roman" w:eastAsia="Times New Roman" w:cs="Times New Roman"/>
          <w:sz w:val="24"/>
        </w:rPr>
        <w:t>. ____________________ (“Successor Trustee(s)”) with a mailing address of ______________________________.</w:t>
      </w:r>
    </w:p>
    <w:p>
      <w:pPr/>
    </w:p>
    <w:p>
      <w:pPr/>
      <w:r>
        <w:rPr>
          <w:rFonts w:ascii="Times New Roman" w:hAnsi="Times New Roman" w:eastAsia="Times New Roman" w:cs="Times New Roman"/>
          <w:b/>
          <w:sz w:val="24"/>
        </w:rPr>
        <w:t>VI. AUTHORITY</w:t>
      </w:r>
      <w:r>
        <w:rPr>
          <w:rFonts w:ascii="Times New Roman" w:hAnsi="Times New Roman" w:eastAsia="Times New Roman" w:cs="Times New Roman"/>
          <w:sz w:val="24"/>
        </w:rPr>
        <w:t>. The authority to act on behalf of the Trust requires: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One (1) Trustee to sign.</w:t>
      </w: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____ Trustee(s) to sign.</w:t>
      </w:r>
    </w:p>
    <w:p>
      <w:pPr/>
    </w:p>
    <w:p>
      <w:pPr/>
      <w:r>
        <w:rPr>
          <w:rFonts w:ascii="Times New Roman" w:hAnsi="Times New Roman" w:eastAsia="Times New Roman" w:cs="Times New Roman"/>
          <w:b/>
          <w:sz w:val="24"/>
        </w:rPr>
        <w:t>VII. POWERS</w:t>
      </w:r>
      <w:r>
        <w:rPr>
          <w:rFonts w:ascii="Times New Roman" w:hAnsi="Times New Roman" w:eastAsia="Times New Roman" w:cs="Times New Roman"/>
          <w:sz w:val="24"/>
        </w:rPr>
        <w:t>. The Trustee(s) have: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Full powers to sell, convey and to mortgage or encumber real and personal property under this Trust.</w:t>
      </w: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Limited powers to: ______________________________.</w:t>
      </w:r>
    </w:p>
    <w:p>
      <w:pPr/>
    </w:p>
    <w:p>
      <w:pPr/>
      <w:r>
        <w:rPr>
          <w:rFonts w:ascii="Times New Roman" w:hAnsi="Times New Roman" w:eastAsia="Times New Roman" w:cs="Times New Roman"/>
          <w:b/>
          <w:sz w:val="24"/>
        </w:rPr>
        <w:t>VIII. REAL ESTATE</w:t>
      </w:r>
      <w:r>
        <w:rPr>
          <w:rFonts w:ascii="Times New Roman" w:hAnsi="Times New Roman" w:eastAsia="Times New Roman" w:cs="Times New Roman"/>
          <w:sz w:val="24"/>
        </w:rPr>
        <w:t>. The Trust includes: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 real estate.</w:t>
      </w: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Real estate with a legal description of: ______________________________.</w:t>
      </w:r>
    </w:p>
    <w:p>
      <w:pPr/>
    </w:p>
    <w:p>
      <w:pPr/>
      <w:r>
        <w:rPr>
          <w:rFonts w:ascii="Times New Roman" w:hAnsi="Times New Roman" w:eastAsia="Times New Roman" w:cs="Times New Roman"/>
          <w:b/>
          <w:sz w:val="24"/>
        </w:rPr>
        <w:t>IX. EXECUTION</w:t>
      </w:r>
      <w:r>
        <w:rPr>
          <w:rFonts w:ascii="Times New Roman" w:hAnsi="Times New Roman" w:eastAsia="Times New Roman" w:cs="Times New Roman"/>
          <w:sz w:val="24"/>
        </w:rPr>
        <w:t>. I, the Affiant, declare that this certificate has been examined by me and its contents are true and correct.</w:t>
      </w:r>
    </w:p>
    <w:p>
      <w:pPr/>
    </w:p>
    <w:p>
      <w:pPr/>
      <w:r>
        <w:rPr>
          <w:rFonts w:ascii="Times New Roman" w:hAnsi="Times New Roman" w:eastAsia="Times New Roman" w:cs="Times New Roman"/>
          <w:sz w:val="24"/>
        </w:rPr>
        <w:t xml:space="preserve">Affiant’s Signature: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w:t>
      </w:r>
    </w:p>
    <w:p>
      <w:pPr/>
    </w:p>
    <w:p>
      <w:pPr>
        <w:spacing w:before="0" w:after="0"/>
        <w:jc w:val="center"/>
      </w:pPr>
      <w:r>
        <w:rPr>
          <w:rFonts w:ascii="Times New Roman" w:hAnsi="Times New Roman" w:eastAsia="Times New Roman" w:cs="Times New Roman"/>
          <w:b/>
          <w:sz w:val="24"/>
        </w:rPr>
        <w:t>NOTARY ACKNOWLEDGEMENT</w:t>
      </w:r>
    </w:p>
    <w:p>
      <w:pPr/>
    </w:p>
    <w:p>
      <w:pPr/>
      <w:r>
        <w:rPr>
          <w:rFonts w:ascii="Times New Roman" w:hAnsi="Times New Roman" w:eastAsia="Times New Roman" w:cs="Times New Roman"/>
          <w:sz w:val="24"/>
        </w:rPr>
        <w:t>A notary public or other officer completing this certificate verifies only the identity of the individual who signed the document to which this certificate is attached, and not the truthfulness, accuracy, or validity of that document.</w:t>
      </w:r>
    </w:p>
    <w:p>
      <w:pP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____________________</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____________________</w:t>
      </w:r>
    </w:p>
    <w:p>
      <w:pPr/>
    </w:p>
    <w:p>
      <w:pP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 xml:space="preserve">____________________, 20____, </w:t>
      </w:r>
      <w:r>
        <w:rPr>
          <w:rFonts w:ascii="Times New Roman" w:hAnsi="Times New Roman" w:eastAsia="Times New Roman" w:cs="Times New Roman"/>
          <w:sz w:val="24"/>
        </w:rPr>
        <w:t xml:space="preserve">before me,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(insert name and title of the officer), personally appeared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 </w:t>
      </w:r>
    </w:p>
    <w:p>
      <w:pPr/>
    </w:p>
    <w:p>
      <w:pPr/>
      <w:r>
        <w:rPr>
          <w:rFonts w:ascii="Times New Roman" w:hAnsi="Times New Roman" w:eastAsia="Times New Roman" w:cs="Times New Roman"/>
          <w:sz w:val="24"/>
        </w:rPr>
        <w:t xml:space="preserve">I certify under PENALTY OF PERJURY under the laws of the State of </w:t>
      </w:r>
      <w:r>
        <w:rPr>
          <w:rFonts w:ascii="Times New Roman" w:hAnsi="Times New Roman" w:eastAsia="Times New Roman" w:cs="Times New Roman"/>
          <w:sz w:val="24"/>
        </w:rPr>
        <w:t xml:space="preserve">____________________ </w:t>
      </w:r>
      <w:r>
        <w:rPr>
          <w:rFonts w:ascii="Times New Roman" w:hAnsi="Times New Roman" w:eastAsia="Times New Roman" w:cs="Times New Roman"/>
          <w:sz w:val="24"/>
        </w:rPr>
        <w:t xml:space="preserve">that the foregoing paragraph is true and correct. </w:t>
      </w:r>
    </w:p>
    <w:p>
      <w:pPr/>
    </w:p>
    <w:p>
      <w:pPr/>
    </w:p>
    <w:p>
      <w:pPr/>
      <w:r>
        <w:rPr>
          <w:rFonts w:ascii="Times New Roman" w:hAnsi="Times New Roman" w:eastAsia="Times New Roman" w:cs="Times New Roman"/>
          <w:sz w:val="24"/>
        </w:rPr>
        <w:t xml:space="preserve">WITNESS my hand and official seal. </w:t>
      </w:r>
    </w:p>
    <w:p>
      <w:pP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w:t>
        <w:tab/>
        <w:t>(Seal)</w:t>
      </w:r>
    </w:p>
    <w:p>
      <w:pPr/>
    </w:p>
    <w:p>
      <w:pPr/>
      <w:r>
        <w:rPr>
          <w:rFonts w:ascii="Times New Roman" w:hAnsi="Times New Roman" w:eastAsia="Times New Roman" w:cs="Times New Roman"/>
          <w:sz w:val="24"/>
        </w:rPr>
        <w:tab/>
        <w:tab/>
        <w:tab/>
        <w:tab/>
        <w:tab/>
        <w:tab/>
        <w:tab/>
        <w:tab/>
      </w:r>
    </w:p>
    <w:p>
      <w:pPr/>
      <w:r>
        <w:rPr>
          <w:rFonts w:ascii="Times New Roman" w:hAnsi="Times New Roman" w:eastAsia="Times New Roman" w:cs="Times New Roman"/>
          <w:sz w:val="24"/>
        </w:rPr>
        <w:tab/>
        <w:tab/>
        <w:tab/>
        <w:tab/>
      </w:r>
    </w:p>
    <w:p>
      <w:pPr/>
    </w:p>
    <w:p>
      <w:pP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