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Certification: Motion to Extend Discovery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&amp; ID #]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[Telephone]/[Fax]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Attorney for [party designation,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[attorney name],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attorney duly admitted to practice before the Courts of the State of New Jersey, and associated with the law firm of [firm name], counsel of record for [party designation and name], do hereby certify: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the attorney for [Plaintiff/Defendant] [name] in this matter, I am fully familiar with the facts and circumstances had herein to date.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certification is respectfully submitted in support of [Plaintiff/Defendant] [name]'s motion to extend the discovery period for [number] days pursuant to N.J. Ct. R. 4:24–1(c). It is made upon personal knowledge and investigation unless otherwise stated.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parties previously stipulated to extend the discovery period for 60 days. No other application has been made seeking the relief sought herein.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discovery end date is presently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Trial [has/has not] been scheduled. In addition, arbitration [has/has not] been scheduled. 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Discovery commenced on [date]. The undersigned served the following discovery demands on [recipient] on [date(s)]: [list all demands]. Annexed hereto as Exhibit [exhibit number]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accurate copy of the [date(s)] discovery demands.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or about [date], [Plaintiff/Defendant] [name] responded to the demands. By [method of good faith effort, e.g., letter] on [date] movant advised [recipient name] of deficiencies in the responses. The deficiencies consisted of [detail the outstanding discovery referenced in the good faith letter]. Annexed hereto as Exhibit [exhibit number]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accurate copy of the [date] good faith letter.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Depositions of [parties' names] were held on [dates].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Post-deposition discovery demands were served on [opposing party] by letter on [date]. [Exhibit].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Despite diligent efforts, the following discovery remains outstanding: [detail outstanding discovery].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Counsel for [Plaintiff/Defendant] [has/has not] consented to the request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discovery extension.]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current discovery end date does not provide sufficient time for the completion of discovery because [detail reasons].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No prejudice will result from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extension of the discovery period. Conversely, [moving party] will suffer irreparable harm if not afforded additional time to complete discovery.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It is respectfully submitted that good cause exists for the requested extension for the reasons discussed above.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Pursuant to N.J. Ct. R. 4:24–1(c),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proposed order extending discovery and detailing the discovery to be completed is annexed hereto.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WHEREFORE, [moving party] respectfully requests that the court issue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extending the discovery period for [number] days to [new date] to allow for the completion of discovery.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certify that the foregoing statements are true. I am aware that if the foregoing statements are willfully false, I may be subject to punishment.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