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Certification of Health Care Provider for Pregnancy Disability Leave, Transfer, and/or Reasonable Accommodation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name] (the Company) requires you to submit this medical certification form completed by your health care provider to support your request for leave, transfer, or reasonable accommodation due to your pregnancy, childbirth, or related medical condition. This form requests all the medical information the Company needs to fully consider your request.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To Employee.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provide this form to your health care provider for completion. Failure to timely submit this medical certification form to the Company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delay of your request. Please return this completed form within 15 calendar days, by [date], to Human Resources in person or by email, mail, or fax.</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Information (To Be Completed By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Employee’s name:______________________________________________________________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Name and contact information of Company’s representative: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Employee’s job title:____________________________________________________________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Employee’s regular work schedule: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Check if job description is attached: □</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To Health Care Provider.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Your patient has requested leave, transfer, and/or reasonable accommodation due to her pregnancy, childbirth, or related medical condition. Please answer all applicable questions below. Your responses should be based on your medical opinion. Please sign and date the form.</w:t>
      </w:r>
    </w:p>
    <w:p>
      <w:pPr>
        <w:keepNext w:val="0"/>
        <w:spacing w:before="200" w:after="0" w:line="260" w:lineRule="exact"/>
        <w:ind w:left="1080" w:right="0" w:firstLine="0"/>
        <w:jc w:val="both"/>
      </w:pPr>
      <w:r>
        <w:rPr>
          <w:rFonts w:ascii="Times New Roman" w:hAnsi="Times New Roman" w:eastAsia="Times New Roman" w:cs="Times New Roman"/>
          <w:b/>
          <w:sz w:val="24"/>
        </w:rPr>
        <w:t>NOTE: YOU MAY NOT DISCLOSE ANY UNDERLYING DIAGNOSIS WITHOUT THE PATIENT’S CONSENT.</w:t>
      </w:r>
    </w:p>
    <w:p>
      <w:pPr>
        <w:keepNext w:val="0"/>
        <w:spacing w:before="200" w:after="0" w:line="260" w:lineRule="exact"/>
        <w:ind w:left="1080" w:right="0" w:firstLine="0"/>
        <w:jc w:val="both"/>
      </w:pPr>
      <w:r>
        <w:rPr>
          <w:rFonts w:ascii="Times New Roman" w:hAnsi="Times New Roman" w:eastAsia="Times New Roman" w:cs="Times New Roman"/>
          <w:b/>
          <w:sz w:val="24"/>
        </w:rPr>
        <w:t>IMPORTANT NOTE REGARDING GENETIC INFORMATION:</w:t>
      </w:r>
      <w:r>
        <w:rPr>
          <w:rFonts w:ascii="Times New Roman" w:hAnsi="Times New Roman" w:eastAsia="Times New Roman" w:cs="Times New Roman"/>
          <w:b w:val="0"/>
          <w:sz w:val="24"/>
        </w:rPr>
        <w:t xml:space="preserve"> The California Genetic Information Nondiscrimination Act of 2011 (CalGINA) prohibits employers and other covered entities from requesting, or requiring, genetic information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family member of the individual except as specifically allowed by law. To comply with CalGINA, we are asking that you not provide any genetic information when responding to this request for medical information. “Genetic Information,” as defined by CalGINA, includes information about the individual’s or the individual's family member's genetic tests, information regarding the manifestation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disease or disorder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family member, and information from genetic services or participation in clinical research that includes genetic services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the individual’s family member. “Genetic Information” does not include information about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sex or age.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Questions For Health Care Provider.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Health Care Provider Contact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Name and business address:_________________________________________________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Type of practice/specialty:__________________________________________________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License Number:_________________________________________________________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Telephone:(________)__________________ Fax: (_________)____________________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need to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continuous period of pregnancy disability leave because she is disabled by pregnancy, childbirth,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medical condition?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“disabled by pregnancy, childbirth,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medical condition” if she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unable to perform at least one of the essential functions of her job; or (b) unable to perform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essential function without undue risk to herself, to the successful completion of her pregnancy, or to other persons.) ____ Yes ____ No [</w:t>
      </w:r>
      <w:r>
        <w:rPr>
          <w:rFonts w:ascii="Times New Roman" w:hAnsi="Times New Roman" w:eastAsia="Times New Roman" w:cs="Times New Roman"/>
          <w:b/>
          <w:sz w:val="24"/>
        </w:rPr>
        <w:t xml:space="preserve">If no, skip to Question </w:t>
      </w:r>
      <w:r>
        <w:rPr>
          <w:rFonts w:ascii="Times New Roman" w:hAnsi="Times New Roman" w:eastAsia="Times New Roman" w:cs="Times New Roman"/>
          <w:b/>
          <w:sz w:val="24"/>
        </w:rPr>
        <w:t>(c)</w:t>
      </w:r>
      <w:r>
        <w:rPr>
          <w:rFonts w:ascii="Times New Roman" w:hAnsi="Times New Roman" w:eastAsia="Times New Roman" w:cs="Times New Roman"/>
          <w:b/>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Date on which employee became disabled by pregnancy, childbirth, or related medical condition: ______________________________________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Estimated duration of the leave:</w:t>
      </w:r>
    </w:p>
    <w:p>
      <w:pPr>
        <w:keepNext w:val="0"/>
        <w:spacing w:before="200" w:after="0" w:line="260" w:lineRule="exact"/>
        <w:ind w:left="1800" w:right="0" w:firstLine="0"/>
        <w:jc w:val="both"/>
      </w:pPr>
      <w:r>
        <w:rPr>
          <w:rFonts w:ascii="Times New Roman" w:hAnsi="Times New Roman" w:eastAsia="Times New Roman" w:cs="Times New Roman"/>
          <w:b w:val="0"/>
          <w:sz w:val="24"/>
        </w:rPr>
        <w:t>Begin:___________________________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End:_____________________________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it medically advisable that the employee take leave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intermittent basis due to pregnancy, childbirth,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medical condition? ____ Yes ____ No</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yes, please indicate the dates and estimated frequency of the employee’s need for intermittent leave due to pregnancy, childbirth,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medical condition, and the duration of such leaves:</w:t>
      </w:r>
    </w:p>
    <w:p>
      <w:pPr>
        <w:keepNext w:val="0"/>
        <w:spacing w:before="200" w:after="0" w:line="260" w:lineRule="exact"/>
        <w:ind w:left="1440" w:right="0" w:firstLine="0"/>
        <w:jc w:val="both"/>
      </w:pPr>
      <w:r>
        <w:rPr>
          <w:rFonts w:ascii="Times New Roman" w:hAnsi="Times New Roman" w:eastAsia="Times New Roman" w:cs="Times New Roman"/>
          <w:b w:val="0"/>
          <w:sz w:val="24"/>
        </w:rPr>
        <w:t>Dates intermittent leave to begin and end:</w:t>
      </w:r>
    </w:p>
    <w:p>
      <w:pPr>
        <w:keepNext w:val="0"/>
        <w:spacing w:before="200" w:after="0" w:line="260" w:lineRule="exact"/>
        <w:ind w:left="1800" w:right="0" w:firstLine="0"/>
        <w:jc w:val="both"/>
      </w:pPr>
      <w:r>
        <w:rPr>
          <w:rFonts w:ascii="Times New Roman" w:hAnsi="Times New Roman" w:eastAsia="Times New Roman" w:cs="Times New Roman"/>
          <w:b w:val="0"/>
          <w:sz w:val="24"/>
        </w:rPr>
        <w:t>Begin:___________________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End:_____________________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Frequency:___ times per ___ (week/month) [circle one]</w:t>
      </w:r>
    </w:p>
    <w:p>
      <w:pPr>
        <w:keepNext w:val="0"/>
        <w:spacing w:before="200" w:after="0" w:line="260" w:lineRule="exact"/>
        <w:ind w:left="1800" w:right="0" w:firstLine="0"/>
        <w:jc w:val="both"/>
      </w:pPr>
      <w:r>
        <w:rPr>
          <w:rFonts w:ascii="Times New Roman" w:hAnsi="Times New Roman" w:eastAsia="Times New Roman" w:cs="Times New Roman"/>
          <w:b w:val="0"/>
          <w:sz w:val="24"/>
        </w:rPr>
        <w:t>Duration of each episode: ___ (hours/day(s) [circle one]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it medically advisable for the employee to take time off work for doctor’s visits or medical treatment due to pregnancy, childbirth,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medical condition? ____ Yes ____ No</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yes, please indicate the estimated frequency of the employee’s need for leave for doctor’s visits or medical treatment, and the time required for each appointment, including any recovery period:</w:t>
      </w:r>
    </w:p>
    <w:p>
      <w:pPr>
        <w:keepNext w:val="0"/>
        <w:spacing w:before="200" w:after="0" w:line="260" w:lineRule="exact"/>
        <w:ind w:left="1440" w:right="0" w:firstLine="0"/>
        <w:jc w:val="both"/>
      </w:pPr>
      <w:r>
        <w:rPr>
          <w:rFonts w:ascii="Times New Roman" w:hAnsi="Times New Roman" w:eastAsia="Times New Roman" w:cs="Times New Roman"/>
          <w:b w:val="0"/>
          <w:sz w:val="24"/>
        </w:rPr>
        <w:t>Dates intermittent leave to begin and end:</w:t>
      </w:r>
    </w:p>
    <w:p>
      <w:pPr>
        <w:keepNext w:val="0"/>
        <w:spacing w:before="200" w:after="0" w:line="260" w:lineRule="exact"/>
        <w:ind w:left="1800" w:right="0" w:firstLine="0"/>
        <w:jc w:val="both"/>
      </w:pPr>
      <w:r>
        <w:rPr>
          <w:rFonts w:ascii="Times New Roman" w:hAnsi="Times New Roman" w:eastAsia="Times New Roman" w:cs="Times New Roman"/>
          <w:b w:val="0"/>
          <w:sz w:val="24"/>
        </w:rPr>
        <w:t>Begin:___________________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End:_____________________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Frequency:___ times per ___ (week/month) [circle one]</w:t>
      </w:r>
    </w:p>
    <w:p>
      <w:pPr>
        <w:keepNext w:val="0"/>
        <w:spacing w:before="200" w:after="0" w:line="260" w:lineRule="exact"/>
        <w:ind w:left="1800" w:right="0" w:firstLine="0"/>
        <w:jc w:val="both"/>
      </w:pPr>
      <w:r>
        <w:rPr>
          <w:rFonts w:ascii="Times New Roman" w:hAnsi="Times New Roman" w:eastAsia="Times New Roman" w:cs="Times New Roman"/>
          <w:b w:val="0"/>
          <w:sz w:val="24"/>
        </w:rPr>
        <w:t>Duration of each appointment/treatment: ___ hours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it medically advisable for the employee to work less than the employee’s normal work schedule due to pregnancy, childbirth,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medical condition? ____ Yes ____ No</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yes, please indicate the part-time or reduced work schedule the employee needs:</w:t>
      </w:r>
    </w:p>
    <w:p>
      <w:pPr>
        <w:keepNext w:val="0"/>
        <w:spacing w:before="200" w:after="0" w:line="260" w:lineRule="exact"/>
        <w:ind w:left="1440" w:right="0" w:firstLine="0"/>
        <w:jc w:val="both"/>
      </w:pPr>
      <w:r>
        <w:rPr>
          <w:rFonts w:ascii="Times New Roman" w:hAnsi="Times New Roman" w:eastAsia="Times New Roman" w:cs="Times New Roman"/>
          <w:b w:val="0"/>
          <w:sz w:val="24"/>
        </w:rPr>
        <w:t>Employee should work no more than ___ hours per day; __ days per week</w:t>
      </w:r>
    </w:p>
    <w:p>
      <w:pPr>
        <w:keepNext w:val="0"/>
        <w:spacing w:before="200" w:after="0" w:line="260" w:lineRule="exact"/>
        <w:ind w:left="1440" w:right="0" w:firstLine="0"/>
        <w:jc w:val="both"/>
      </w:pPr>
      <w:r>
        <w:rPr>
          <w:rFonts w:ascii="Times New Roman" w:hAnsi="Times New Roman" w:eastAsia="Times New Roman" w:cs="Times New Roman"/>
          <w:b w:val="0"/>
          <w:sz w:val="24"/>
        </w:rPr>
        <w:t>Dates reduced work schedule to begin and end</w:t>
      </w:r>
    </w:p>
    <w:p>
      <w:pPr>
        <w:keepNext w:val="0"/>
        <w:spacing w:before="200" w:after="0" w:line="260" w:lineRule="exact"/>
        <w:ind w:left="1440" w:right="0" w:firstLine="0"/>
        <w:jc w:val="both"/>
      </w:pPr>
      <w:r>
        <w:rPr>
          <w:rFonts w:ascii="Times New Roman" w:hAnsi="Times New Roman" w:eastAsia="Times New Roman" w:cs="Times New Roman"/>
          <w:b w:val="0"/>
          <w:sz w:val="24"/>
        </w:rPr>
        <w:t>Begin:_______________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End:_____________________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it medically advisable that the employee be temporarily transferred to another position due to her pregnancy, childbirth, or related medical condition? ____ Yes ____ No [</w:t>
      </w:r>
      <w:r>
        <w:rPr>
          <w:rFonts w:ascii="Times New Roman" w:hAnsi="Times New Roman" w:eastAsia="Times New Roman" w:cs="Times New Roman"/>
          <w:b/>
          <w:sz w:val="24"/>
        </w:rPr>
        <w:t xml:space="preserve">If no, skip to Question </w:t>
      </w:r>
      <w:r>
        <w:rPr>
          <w:rFonts w:ascii="Times New Roman" w:hAnsi="Times New Roman" w:eastAsia="Times New Roman" w:cs="Times New Roman"/>
          <w:b/>
          <w:sz w:val="24"/>
        </w:rPr>
        <w:t>(g)</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Date on which the need for transfer became or will become medically advisable: 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Estimated duration of the transfer:________________________________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the requested transfer position(s) and/or job duties: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how the requested accommodation(s) are medically advisable due to pregnancy, childbirth,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medical condition:</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need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accommodation (other than those listed above, such as modifying lifting requirements, providing more frequent breaks, or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stool or chair) due to her pregnancy, childbirth, or related medical condition? ____ Yes ____ No [</w:t>
      </w:r>
      <w:r>
        <w:rPr>
          <w:rFonts w:ascii="Times New Roman" w:hAnsi="Times New Roman" w:eastAsia="Times New Roman" w:cs="Times New Roman"/>
          <w:b/>
          <w:sz w:val="24"/>
        </w:rPr>
        <w:t>If no, skip to signature block.</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Date on which the need for accommodation became or will become medically advisable:________________________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Estimated duration of the accommodation:_________________________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the requested accommodation(s):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how the requested accommodation(s) are medically advisable due to pregnancy, childbirth,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medical condition:</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Signature of Health Care Provider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