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[attorney name and bar ID]</w:t>
      </w:r>
    </w:p>
    <w:p>
      <w:pPr/>
      <w:r>
        <w:rPr>
          <w:rFonts w:ascii="Times New Roman" w:hAnsi="Times New Roman" w:eastAsia="Times New Roman" w:cs="Times New Roman"/>
          <w:sz w:val="24"/>
        </w:rPr>
        <w:t>[law firm name]</w:t>
      </w:r>
    </w:p>
    <w:p>
      <w:pPr/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sz w:val="24"/>
        </w:rPr>
        <w:t>[telephone number]</w:t>
      </w:r>
    </w:p>
    <w:p>
      <w:pPr/>
      <w:r>
        <w:rPr>
          <w:rFonts w:ascii="Times New Roman" w:hAnsi="Times New Roman" w:eastAsia="Times New Roman" w:cs="Times New Roman"/>
          <w:sz w:val="24"/>
        </w:rPr>
        <w:t>Attorneys for Plaintiff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[attorney name], Esq. </w:t>
      </w:r>
      <w:r>
        <w:rPr>
          <w:rFonts w:ascii="Times New Roman" w:hAnsi="Times New Roman" w:eastAsia="Times New Roman" w:cs="Times New Roman"/>
          <w:sz w:val="24"/>
        </w:rPr>
        <w:t>hereby certifies that: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I am an attorney with the law firm of </w:t>
      </w:r>
      <w:r>
        <w:rPr>
          <w:rFonts w:ascii="Times New Roman" w:hAnsi="Times New Roman" w:eastAsia="Times New Roman" w:cs="Times New Roman"/>
          <w:sz w:val="24"/>
        </w:rPr>
        <w:t>[firm name]</w:t>
      </w:r>
      <w:r>
        <w:rPr>
          <w:rFonts w:ascii="Times New Roman" w:hAnsi="Times New Roman" w:eastAsia="Times New Roman" w:cs="Times New Roman"/>
          <w:sz w:val="24"/>
        </w:rPr>
        <w:t>, attorneys for Plaintiff in the above entitled foreclosure action. I am responsible for the management and oversight of this matter, and I am fully familiar with the facts and circumstances set forth herein.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, a copy of the Notice of Intention to Apply for Final Judgment was mailed, by regular and certified mail, to the following:</w:t>
      </w:r>
    </w:p>
    <w:p>
      <w:pPr/>
      <w:r>
        <w:rPr>
          <w:rFonts w:ascii="Times New Roman" w:hAnsi="Times New Roman" w:eastAsia="Times New Roman" w:cs="Times New Roman"/>
          <w:sz w:val="24"/>
        </w:rPr>
        <w:t>[name and address of obligor(s)]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To date,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our office has not received any response to the aforesaid Notice of Intention to Apply for Final Judgment</w:t>
      </w:r>
      <w:r>
        <w:rPr>
          <w:rFonts w:ascii="Times New Roman" w:hAnsi="Times New Roman" w:eastAsia="Times New Roman" w:cs="Times New Roman"/>
          <w:sz w:val="24"/>
        </w:rPr>
        <w:t xml:space="preserve">] </w:t>
      </w:r>
      <w:r>
        <w:rPr>
          <w:rFonts w:ascii="Times New Roman" w:hAnsi="Times New Roman" w:eastAsia="Times New Roman" w:cs="Times New Roman"/>
          <w:sz w:val="24"/>
        </w:rPr>
        <w:t>[a valid response has been received and the time has expired]</w:t>
      </w:r>
    </w:p>
    <w:p>
      <w:pPr/>
      <w:r>
        <w:rPr>
          <w:rFonts w:ascii="Times New Roman" w:hAnsi="Times New Roman" w:eastAsia="Times New Roman" w:cs="Times New Roman"/>
          <w:sz w:val="24"/>
        </w:rPr>
        <w:t>I hereby certify that the foregoing statements made by me are true. I am aware that if any of the foregoing statements made by me are willfully false, I am subject to punishment.</w:t>
      </w:r>
    </w:p>
    <w:p>
      <w:pPr/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