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Certification of Non-military Service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name and bar ID]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[law 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Attorneys for Plaintiff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name] Esq., hereby certifies that: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attorney with the law firm of [name of firm], attorneys for Plaintiff in the above entitled foreclosure action. I am responsible for the management and oversight of this matter, and I am fully familiar with the facts and circumstances set forth herein.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Inquiry has been made with the Department of Defense as to the military status of each of the Defendants in this action. The results of those inquiries are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[defendant name] is not currently on active military duty as per the attached report.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[defendant name] is not currently on active military duty as per the attached report.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certify that the foregoing statements made by me are true. I am aware that if any of the foregoing statements made by me are willfully false, I am subject to punishment.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Plaintiff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