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Service of Notice of Motion for Entry of Final Judgment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Esq.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with the law firm of [name of firm], attorneys for Plaintiff in the above entitled foreclosure action. I am responsible for the management and oversight of this matter, and I am fully familiar with the facts and circumstances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[date]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within Notice of Motion, Certification of Proof of Amount Due, and Certification of Diligent Inquiry to be mailed by regular and certified mail, return receipt requested,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[names and addresses of all defendants to be served—obligors and answering defendants]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certify that the foregoing statements made by me are true. I am aware that if any of the foregoing statements made by me are willfully false, I am subject to punishment.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