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Charitable Gift Notice (PA Official Form OC-06)</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form is used to provide written notice to the Attorney General of Pennsylvania of any proceeding in the Orphans’ Court involving or affecting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charitable interest, in accordance with Pa. Sup. Orph. Ct. R. 4.4. In such proceedings, counsel generally must file notice, proof of service, and acknowledgment of the notice with the clerk prior to the entry of any decree. No notice is required, though, if the pecuniary legacy to charity is $25,000 or less and has been or is anticipated to be paid in full.</w:t>
      </w:r>
    </w:p>
    <w:p>
      <w:pPr>
        <w:keepNext w:val="0"/>
        <w:spacing w:before="200" w:after="0" w:line="260" w:lineRule="exact"/>
        <w:ind w:left="0" w:right="0" w:firstLine="0"/>
        <w:jc w:val="both"/>
      </w:pPr>
      <w:r>
        <w:rPr>
          <w:rFonts w:ascii="Times New Roman" w:hAnsi="Times New Roman" w:eastAsia="Times New Roman" w:cs="Times New Roman"/>
          <w:b w:val="0"/>
          <w:sz w:val="24"/>
        </w:rPr>
        <w:t>For more information on Orphan’s Court Rules, see Orphans’ Court Rules (PA).</w:t>
      </w:r>
    </w:p>
    <w:p>
      <w:pPr>
        <w:keepNext w:val="0"/>
        <w:spacing w:before="200" w:after="0" w:line="260" w:lineRule="exact"/>
        <w:ind w:left="0" w:right="0" w:firstLine="0"/>
        <w:jc w:val="both"/>
      </w:pPr>
      <w:r>
        <w:rPr>
          <w:rFonts w:ascii="Times New Roman" w:hAnsi="Times New Roman" w:eastAsia="Times New Roman" w:cs="Times New Roman"/>
          <w:b w:val="0"/>
          <w:sz w:val="24"/>
        </w:rPr>
        <w:t>Form can be found online at http://www.pacourts.us/assets/files/setting-872/file-5409.pdf?cb=423c5a.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