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Lead Annuity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day of [month],[20__], I, [name of the client], of [client's city and state, where currently residing] (hereinafter "the Donor"), desiring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 within the meaning of Rev. Proc. 2007-45, hereby enter into this trust agreement with [full legal name of applicable trustee/bank throughout the instrument], of [trustee/bank's address, city and state of location],as the initial trustee (hereinafter "the Trustee"). This trust shall be known as the [name of client/donor] Charitable Lead Annuity Trust.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of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Donor hereby transfers and irrevocably assigns, on the above date, to the Trustee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and the Trustee accepts the property and agrees to hold, manage, and distribute the property under the terms set forth in this trust instrument.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each taxable year of the trust during the annuity period, the Trustee shall pay to [name of designated charitable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[number representing the annual annuity percentage to be paid to the designated charitable recipient] percent of the initial net fair market value of all property passing to this trust, valued as of the date of the transfer. If [designated charitable recipient]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at the time any payment is to be made to it, the Trustee shall instead distribute such payments to one or more organizations described in §§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the Trustee shall select, and in such proportions as the Trustee shall decide, from time to time, in the Trustee's sole discretion. The term "the Charitable Organization" shall be used herein to refer collectively to the organization(s) then constituting the charitable recipient, whether named in this paragraph or subsequently selected as the substitute charitable recipient. During the trust term, no payment shall be made to any person other than the Charitable Organization. The annuity period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[number of years of annuity period] years. The first day of the annuity period shall be the date the property is transferred to the trust, and the last day of the annuity period shall be the day preceding the [ordinal number corresponding to the length of the annuity period] anniversary of that date. The annuity amount shall be paid in equal quarterly installments at the end of each calendar quarter from income and, to the extent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 If the initial net fair market value of the trust assets is incorrectly determined, then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value is finally determined for federal estate tax purposes, the Trustee shall pay to the Charitable Organization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or receive from the Charitable Organization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annuity amount(s) properly payable and the annuity amount(s) actually paid.</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 of Annuity Amount.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any short taxable year. In the taxable year in which the annuity period ends,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the number of days of the annuity period in that taxable year.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Upon Termination of Annuity Period.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 the termination of the annuity period, the Trustee shall distribute all of the then principal and income of the trust (other than any amount due to the Charitable Organization under the provisions above) to [name of remainder beneficiary].</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additional contributions shall be made to the trust after the initial contribution.</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Transactions.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not engage in any act of self-dealing within the meaning of § 4941(d),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 (2), and shall not make any taxable expenditures within the meaning of § 4945(d),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 (2). The Trustee shall not retain any excess business holdings that would subject the trust to tax under § 4943,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 (2) and 4947(b) (3). In addition, the Trustee shall not acquire any assets that would subject the trust to tax under § 4944,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 (2) and 4947(b) (3), or retain assets which, if acquired by the Trustee, would subject the Trustee to tax under § 4944,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 (2) and 4947(b) (3).</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taxable year of the trust shall be the calendar year.</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operation of the trust shall be governed by the laws of the State of Florida. However, the Trustee is prohibited from exercising any power or discretion granted under said laws that would be inconsistent with the requirements for the charitable deductions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 or for contributions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lead annuity trust.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Power of Appointment.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trust is irrevocable. However, the Trustee shall have the power, acting alone, to amend the trust from time to time in any manner required for the sole purpose of ensuring that the annuity interest passing to the Charitable Organization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guaranteed annuity interest under § 2055(e)(2)(B) and 2522(c)(2)(B) and the regulations thereunder and that payments of the annuity amount to the Charitable Organization will be deductible from the gross income of the trust to the extent provided by § 642(c)(1) and the regulations thereunder.</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of Trust Assets.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Except as provided in Section 6 herein, 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Provision: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Despite any contrary provisions of this Trust Agreement, from the date of the donor's death and for up to 21 years after the deaths of the measuring lives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noncharitable trust beneficiary (which includes persons succeeding to the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will be entitled to terminating distributions. In all events, however, the share of each beneficiary will vest (in the beneficiary or his or her estate) immediately prior to the expiration of the period described above.</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Prevailing Provisions.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provisions specifically applicable to this charitable lead annuity trust shall prevail over any other provision in this trust instrument inconsistent herewith.</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Facility of Payment.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amount becomes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then that amount shall be paid or expended only in such of the following ways as the trustee deems best: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directly to the beneficiary or his or her attorney in fact; (b) to the legally appointed guardian or conservator of the beneficiary; (c)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Transfers or Gifts to Minors Act; (d) by the trustee directly for the benefit of the beneficiary; (e)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relative or friend in reimbursement for amounts properly advanced for the benefit of the beneficiary.</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interests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principal or income shall not be subject to the claims of any creditor, any spouse for alimony or support, or others, or to legal process, and may not be voluntarily or involuntarily alienated or encumbered.</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and Income.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allocation of receipts and disbursements between income and principal shall be determined as provided by this agreement and applicable state statute or in cases not covered by statute by the trustee, except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trust is beneficiary or owner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account in any employee benefit plan or individual retirement plan, income earned after death in the account shall be income of the trust, and if the trustee is required to pay all trust income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shall collect and pay the income of the account to the beneficiary at least quarterly (and to the extent that all income cannot be collected from the account, the deficiency shall be paid from the principal of the trust),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reserves for depreciation shall be established out of income only to the extent that the trustee determines that readily marketable assets in the principal of the trust will be insufficient for any renovation, major repair, improvement or replacement of trust property which the trustee deems advisable.</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trust receipts and disbursements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assets at least annually to each beneficiary then entitled to receive payments from the trust and, in addition, to any other beneficiaries who are entitled to receive accounts under applicable state law.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is binding on each beneficiary who receives it and on all persons claiming by or through the beneficiary, and the trustee is released, as to all matters stated in the account or shown by it, unless the beneficiary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six months after the mailing or other delivery of the account.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distributing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whole or in part, the trustee shall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trustee's accounts, either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approval and release from the beneficiary or, if it cannot be obtained,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accounts. The expenses of the judicial proceeding (including attorneys' fees) shall be paid from the beneficiary's share of the trust. The trustee shall also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from the beneficiary for any environmental law liability or expense which the trustee has incurred or may incur in the future with respect to the property distributed.</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shall be reimbursed for all reasonable expenses incurred in the management and protection of the trust, and any corporate trustee shall receive compensation for its services in accordance with its schedule of fees in effect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regular compensation shall be charged against income and principal as provided by applicable state law, except that the trustee shall have full discretion at any time or times to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portion or all against income.</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Succession.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trustee may resign at any time by written notice to each beneficiary then entitled to receive payments from the trust. In case of the resignation, refusal or inability to act of any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by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payments from the trust, but no beneficiary or person legally obligated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Every successor trustee shall have all the powers given the originally named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has no duty to inquire into the accounts or administration of any predecessor trustee and is not personally liable for any act or omission of any predecessor trustee. With the approval of the beneficiaries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successor trustee may accept the account rendered and the property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release and discharge to the predecessor trustee without incurring any liability for so doing.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trustee wherever acting shall be required to give bond or surety or be appointed by or account for the administration of any trust to any court. The trustee need not register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any court.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another corporation succeeds to part or all of the trust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acting or appointed to act hereunder, that corporation shall be the successor corporate trustee, without the necessity of appointment, assignment or other action.</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 Under Disability.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trustee or other person shall be considered to be under disability or unable to act if the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is adjudicated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lack legal capacity, or is not so adjudicated but is, by reason of illness or mental or physical disability, unable to give prompt and intelligent consideration to financial matters. The determination as to inability may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and the trustee may rely upon written notice of that determination. The parent, spouse, adult child, attorney in fact, guardian or conservator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shall receive notice and have authority to act for the beneficiary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of the trust under this agreement shall hold, manage, care for and protect the trust property and shall have the following powers and, except to the extent inconsistent herewith, those now or hereafter conferred by law:</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retain any property originally constituting the trust, and to invest and reinvest the trust property in bonds, stocks, mortgages, notes, bank deposits, options, futures, partnership and limited liability company interests, shares of investment companies, real estate investment trusts and other investment funds (including ones that receive services from, and pay compensation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hereunder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affiliate company), or other property of any kind, real or personal, domestic or foreign; the trustee may retain or make any investment without liability, even though it is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quality, marketability or diversification considered proper for trust investments; the Donor understands that investments are subject to risk, including possible loss of principal, and that the trustee is not liable for losses which do not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trustee's duties;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cause any property, real or personal, belonging to the trust to be held or registered in the trustee's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such other form as the trustee deems best without disclosing the trust relationship;</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payments from the trust; to exercise or sell any subscription or conversion rights; to consent to and join in or oppose any voting trusts, reorganizations, consolidations, mergers, foreclosures and liquidations and in connection therewith to deposit securities and accept and hold other property received therefor;</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lease trust property for any period of time though commencing in the future or extending beyond the term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borrow money from any lender, extend or renew any existing indebtedness and mortgage or pledge any property in the trust;</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and any reinvestments thereof, and to sell options, from time to time for such price and upon such terms as the trustee sees fit;</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employ agents, attorneys and proxies, to delegate to them such duties and powers as the trustee considers desirable, and to pay them reasonable compensation from the trust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hereunder may delegate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company any of the corporate trustee's duties and powers, discretionary or otherwise, and the delegating corporate trustee need not review the actions of the affiliate;</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compromise, contest, prosecute or abandon claims in favor of or against the trust;</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distribute income and principal in cash or in kind, or partly in each,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trust property and to sell any part or all thereof in order to make allocation or distribution; no action taken by the trustee pursuant to this paragraph shall be subject to question by any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retain or acquire any interests in oil, gas or other mineral resources received from any source without liability for any loss occasioned thereby; to execute any agreements, assignments, contracts, deeds, grants, leases for any term, and any other instruments or documents (even though their term may extend beyond the administration of any trust); to manage, control, operate, explore, mine, develop, or take any other action for the production, recovery, sale, treatment, storage, or transportation of any interest in oil, gas, or other mineral resources; to drill wells of any type; to conduct or participate in secondary recovery operations; to enter into agreements for pooling or unitization; to install, operate, or participate in the operation of any plant, mine, or other facility; and generally, with reference to oil, gas, and other mineral interests and operations, to enter into any other agreements and to take any other actions (whether or not presently recognized as common or proper practice by those engaged in the business of prospecting for, developing, producing, processing, transporting, or marketing oil, gas, or other minerals) as the trustee deems to be advisable;</w:t>
      </w:r>
    </w:p>
    <w:p>
      <w:pPr>
        <w:keepNext w:val="0"/>
        <w:spacing w:before="120" w:after="0" w:line="260" w:lineRule="exact"/>
        <w:ind w:left="720" w:right="0" w:firstLine="0"/>
        <w:jc w:val="left"/>
      </w:pPr>
      <w:r>
        <w:rPr>
          <w:rFonts w:ascii="Times New Roman" w:hAnsi="Times New Roman" w:eastAsia="Times New Roman" w:cs="Times New Roman"/>
          <w:b w:val="0"/>
          <w:sz w:val="24"/>
        </w:rPr>
        <w:t>(l)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inspect and monitor businesses and real property (whether held directly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corporation, trust or other entity) for environmental conditions or possible violations of environmental laws; to remediate environmentally-damaged property or to take steps to prevent environmental damage in the future, even if no action by public or private parties is currently pending or threatened; to abandon or refuse to accept property which may have environmental damage; the trustee may expend trust property to do the foregoing, and no action or failure to act by the trustee pursuant to this paragraph shall be subject to question by any beneficiary; and</w:t>
      </w:r>
    </w:p>
    <w:p>
      <w:pPr>
        <w:keepNext w:val="0"/>
        <w:spacing w:before="120" w:after="0" w:line="260" w:lineRule="exact"/>
        <w:ind w:left="720" w:right="0" w:firstLine="0"/>
        <w:jc w:val="left"/>
      </w:pPr>
      <w:r>
        <w:rPr>
          <w:rFonts w:ascii="Times New Roman" w:hAnsi="Times New Roman" w:eastAsia="Times New Roman" w:cs="Times New Roman"/>
          <w:b w:val="0"/>
          <w:sz w:val="24"/>
        </w:rPr>
        <w:t>(m)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perform other acts necessary or appropriate for the proper administration of the trust, execute and deliver necessary instruments and give full receipts and discharges.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I hereby sign, seal, publish and declare this instrument to be my Charitable Lead Annuity Trust, and for the purpose of identification, I have signed my initials on each page other than the signature page, which I have signed, in the presence of the persons witnessing this Trust, at my request, this [day] day of [month], 20[year].</w:t>
      </w:r>
    </w:p>
    <w:p>
      <w:pPr>
        <w:keepNext w:val="0"/>
        <w:spacing w:before="120" w:after="0" w:line="260" w:lineRule="exact"/>
        <w:ind w:left="360" w:right="0" w:firstLine="0"/>
        <w:jc w:val="left"/>
      </w:pPr>
      <w:r>
        <w:rPr>
          <w:rFonts w:ascii="Times New Roman" w:hAnsi="Times New Roman" w:eastAsia="Times New Roman" w:cs="Times New Roman"/>
          <w:b w:val="0"/>
          <w:sz w:val="24"/>
        </w:rPr>
        <w:t>DONOR: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Donor]</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BY 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of Execution]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Client], [Name of First Witness], and [Name of Second Witness], the DONOR and the witnesses respectively, whose names are signed to the attached or foregoing instrument, having been sworn, declare to the undersigned officer that the DONOR in the presence of witnesses signed the instrument as ["his" or "her"] Charitable Lead Annuity Trust, that ["he" or "she"] signed, and that each of the witnesses, in the presence of the Donor and in the presence of each other, signed the Charitable Lead Annuity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donor/settlor],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the [settlor/donor]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My Commission Expires: </w:t>
      </w:r>
    </w:p>
    <w:p>
      <w:pPr>
        <w:keepNext w:val="0"/>
        <w:spacing w:before="60" w:after="0" w:line="260" w:lineRule="exact"/>
        <w:ind w:left="360" w:right="0" w:firstLine="0"/>
        <w:jc w:val="both"/>
      </w:pPr>
      <w:r>
        <w:rPr>
          <w:rFonts w:ascii="Times New Roman" w:hAnsi="Times New Roman" w:eastAsia="Times New Roman" w:cs="Times New Roman"/>
          <w:b w:val="0"/>
          <w:sz w:val="24"/>
        </w:rPr>
        <w:t>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My Commission Number is: </w:t>
      </w:r>
    </w:p>
    <w:p>
      <w:pPr>
        <w:keepNext w:val="0"/>
        <w:spacing w:before="60" w:after="0" w:line="260" w:lineRule="exact"/>
        <w:ind w:left="360" w:right="0" w:firstLine="0"/>
        <w:jc w:val="both"/>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[Legal 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