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Lead Annuity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[Month] [Day], [Year], I, [name of the client], of [city and state of current residence] (hereinafter "the Donor"), desiring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within the meaning of Rev. Proc. 2007-45, hereby enter into this trust agreement with [full legal name of applicable trustee/bank throughout the instrument], of [trustee/bank's address, city, and state of location], as the initial trustee (hereinafter the Trustee). This trust shall be known as the [name of client/donor] Charitable Lead Annuity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Donor hereby transfers and irrevocably assigns, on the above date, to the Trustee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the Trustee accepts the property and agrees to hold, manage, and distribute the property under the terms set forth in this trust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each taxable year of the trust during the annuity period, the Trustee shall pay to [designated charitable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[number representing the annual annuity percentage to be paid to the designated charitable recipient] percent of the initial net fair market value of all property transferred to the trust, valued as of the date of the transfer. If [designated charitable recipient]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(hereinafter the "Code") at the time any payment is to be made to it, the Trustee shall instead distribute such payments to one or more organizations described in Code §§ 170(c) ,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the Trustee shall select, and in such proportions as the Trustee shall decide, from time to time, in the Trustee's sole discretion. The term "the Charitable Organization" shall be used herein to refer collectively to the organization(s) then constituting the charitable recipient, whether named in this paragraph or subsequently selected as the substitute charitable recipient. During the trust term, no payment shall be made to any person other than the Charitable Organization. The annuity period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[number of years of annuity period] years. The first day of the annuity period shall be the date the property is transferred to the trust, and the last day of the annuity period shall be the day preceding the [ordinal number corresponding to the length of the annuity period] anniversary of that date. The annuity amount shall be paid in equal quarterly installments at the end of each calendar quarter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If the initial net fair market value of the trust assets is incorrectly determined,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value is finally determined for federal tax purposes, the Trustee shall pay to the Charitable Organization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receive from the Charitable Organization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annuity amount(s) properly payable and the annuity amount(s) actually paid.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 of Annuity Amount.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In the taxable year in which the annuity period ends,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the number of days of the annuity period in that taxable year.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Termination of Annuity Period.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the termination of the annuity period, the Trustee shall distribute all of the then principal and income of the trust (other than any amount due to the Charitable Organization under the provisions above) to [name of remainder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additional contributions shall be made to the trust after the initial contribution.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not engage in any act of self-dealing within the meaning of § 4941(d),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shall not make any taxable expenditures within the meaning of § 4945(d),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 The Trustee shall not retain any excess business holdings that would subject the trust to tax under § 4943,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In addition, the Trustee shall not acquire any assets that would subject the trust to tax under § 4944,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or retain assets which, if acquired by the Trustee, would subject the Trustee to tax under § 4944,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The Trustee shall also not engage in any act in administering the trust prohibited by Ohio Rev. Code Ann. §§ 5808.01–19.</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taxable year of the trust shall be the calendar year.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operation of the trust shall be governed by the laws of the State of Ohio. However, the Trustee is prohibited from exercising any power or discretion granted under said laws that would be inconsistent with the requirements for the charitable deductions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or for contributions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Amendment.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trust is irrevocable. However, the Trustee shall have the power, acting alone, to amend the trust from time to time in any manner required for the sole purpose of ensuring that the annuity interest passing to the Charitable Organization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annuity interest under Code §§ 2055(e)(2)(B) and 2522(c)(2)(B) and the regulations thereunder and that payments of the annuity amount to the Charitable Organization will be deductible from the gross income of the trust to the extent provided by § 642(c)(1) and the regulations thereunder.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Powers and Interests.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other provision of this trust instrument to the contrary, no person shall hold any power or possess any interest that would cause the Donor to be treated as the owner of any portion of the trust under the provisions of Subpart E, Part I, Subchapter J, Chapter 1, Subtitle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Provision.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Despite any contrary provisions of this Trust Agreement, from the date of the donor's death and for up to 90 years after the deaths of the measuring lives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noncharitable trust beneficiary (including those persons succeeding to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who will be entitled to terminating distributions, this Trust shall remain effective. In all events, however, the share of each beneficiary will vest (in the beneficiary or his or her estate) immediately prior to the expiration of the period described above.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Prevailing Provisions.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specifically applicable to this charitable lead annuity trust shall prevail over any other provision in this trust instrument inconsistent herewith.</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of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amount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then that amount shall be paid or expended only in such of the following ways as the Trustee deems best: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directly to the beneficiary or his or her attorney in fact; (b) to the legally appointed guardian or conservator of the beneficiary; (c)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or Gifts to Minors Act; (d) by the Trustee directly for the benefit of the beneficiary; (e)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interests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principal or income shall not be subject to the claims of any creditor, any spouse for alimony or support, or others, or to legal process, and may not be voluntarily or involuntarily alienated or encumbered.</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Income.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allocation of receipts and disbursements between income and principal shall be determined as provided by this agreement and applicable state statute or in cases not covered by statute by the trustee, except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 is beneficiary or owner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account in any employee benefit plan or individual retirement plan, income earned after death in the account shall be income of the trust, and if the Trustee is required to pay all trust income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collect and pay the income of the account to the beneficiary at least quarterly (and to the extent that all income cannot be collected from the account, the deficiency shall be paid from the principal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Reserves for depreciation shall be established out of income only to the extent that the Trustee determines that readily marketable assets in the principal of the trust will be insufficient for any renovation, major repair, improvement, or replacement of trust property which the Trustee deems advisable.</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trust receipts and disbursements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assets at least annually to each beneficiary then entitled to receive payments from the trust and, in addition, to any other beneficiaries who are entitled to receive accounts under applicable state law.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is binding on each beneficiary who receives it and on all persons claiming by or through the beneficiary, and the Trustee is released, as to all matters stated in the account or shown by it, unless the beneficiary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after the mailing or other delivery of the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distributing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whole or in part, the Trustee shall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Trustee's accounts, either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approval and release from the beneficiary or, if it cannot be obtained,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accounts. The expenses of the judicial proceeding (including attorneys' fees) shall be paid from the beneficiary's share of the trust. The Trustee shall also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from the beneficiary for any environmental law liability or expense which the Trustee has incurred or may incur in the future with respect to the property distributed.</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be reimbursed for all reasonable expenses incurred in the management and protection of the trust, and any corporate Trustee shall receive compensation for its services in accordance with its schedule of fees in effect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regular compensation shall be charged against income and principal as provided by applicable state law,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portion or all against income.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Trustee may resign at any time by written notice to each beneficiary then entitled to receive payments from the trust. In case of the resignation, refusal, or inability to act of any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payments from the trust, but no beneficiary or person legally obligated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successor Trustee shall have all the powers given the originally named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has no duty to inquire into the accounts or administration of any predecessor Trustee and is not personally liable for any act or omission of any predecessor Trustee. With the approval of the beneficiaries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and discharge to the predecessor Trustee without incurring any liability for so doing.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Trustee wherever acting shall be required to give bond or surety or be appointed by or account for the administration of any trust to any court. The Trustee need not register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any court.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another corporation succeeds to part or all of the trust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acting or appointed to act hereunder, that corporation shall be the successor corporate Trustee, without the necessity of appointment, assignment, or other action.</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 Under Disability.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Trustee, or other person shall be considered to be under disability or unable to act if the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adjudicated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lack legal capacity, or is not so adjudicated but is, by reason of illness or mental or physical disability, unable to give prompt and intelligent consideration to financial matters. The determination as to inability may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and the Trustee may rely upon written notice of that determination. The parent, spouse, adult child, attorney-in-fact, guardian, or conservator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authority to act for the beneficiary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of the trust under this agreement shall hold, manage, care for, and protect the trust property and shall have the following powers and, except to the extent inconsistent herewith, those now or hereafter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originally constituting the trust, and to invest and reinvest the trust property in bonds, stocks, mortgages, notes, bank deposits, options, futures, partnership and limited liability company interests, shares of investment companies, real estate investment trusts and other investment funds (including ones that receive services from, and pay compensation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affiliate company), or other property of any kind, real or personal, domestic or foreign; the Trustee may retain or make any investment without liability, even though it is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quality, marketability or diversification considered proper for trust investments; the Donor understands that investments are subject to risk, including possible loss of principal, and that the Trustee is not liable for losses which do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Trustee's duties;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payments from the trust; to exercise or sell any subscription or conversion rights; to consent to and join in or oppose any voting trusts, reorganizations, consolidations, mergers, foreclosures, and liquidations and in connection therewith to deposit securities and accept and hold other property received therefor;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trust property for any period of time though commencing in the future or extending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from any lender, extend or renew any existing indebtedness and mortgage, or pledge any property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and any reinvestments thereof, and to sell options, from time to time for such price and upon such terms as the Trustee sees fit;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attorneys, and proxies, to delegate to them such duties and powers as the Trustee considers desirable, and to pay them reasonable compensation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may delegate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company any of the corporate Trustee's duties and powers, discretionary or otherwise, and the delegating corporate Trustee need not review the actions of the affiliate;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 by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or acquire any interests in oil, gas, or other mineral resources received from any source without liability for any loss occasioned thereby; to execute any agreements, assignments, contracts, deeds, grants, leases for any term, and any other instruments or documents (even though their term may extend beyond the administration of any trust); to manage, control, operate, explore, mine, develop, or take any other action for the production, recovery, sale, treatment, storage, or transportation of any interest in oil, gas, or other mineral resources; to drill wells of any type; to conduct or participate in secondary recovery operations; to enter into agreements for pooling or unitization; to install, operate, or participate in the operation of any plant, mine, or other facility; and generally, with reference to oil, gas, and other mineral interests and operations, to enter into any other agreements and to take any other actions (whether or not presently recognized as common or proper practice by those engaged in the business of prospecting for, developing, producing, processing, transporting, or marketing oil, gas, or other minerals) as the Trustee deems to be advisable;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inspect and monitor businesses and real property (whether held directly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trust, or other entity) for environmental conditions or possible violations of environmental laws; to remediate environmentally damaged property or to take steps to prevent environmental damage in the future, even if no action by public or private parties is currently pending or threatened; to abandon or refuse to accept property which may have environmental damage; the Trustee may expend trust property to do the foregoing, and no action or failure to act by the Trustee pursuant to this paragraph shall be subject to question by any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I hereby sign, seal, publish, and declare this instrument to be my Charitable Lead Annuity Trust, and for the purpose of identification, I have signed my initials on each page other than the signature page, which I have signed, in the presence of the persons witnessing this Trust, at my request, this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donor]</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BY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OHIO</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client], [name of first witness], and [name of second witness], the DONOR and the witnesses respectively, whose names are signed to the attached or foregoing instrument, having been sworn, declare to the undersigned officer that the DONOR in the presence of witnesses signed the instrument as [his or her] Charitable Lead Annuity Trust, that [he or she] signed, and that each of the witnesses, in the presence of the Donor and in the presence of each other, signed the Charitable Lead Annuity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subscribed and sworn to before me by [name of donor], the DONOR, and by [name of first witness], and [name of second witness], the witnesses, on [Month] [Day], [Year], all of whom personally appeared before me and all of whom did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w:t>
      </w:r>
    </w:p>
    <w:p>
      <w:pPr>
        <w:keepNext w:val="0"/>
        <w:spacing w:before="200" w:after="0" w:line="260" w:lineRule="exact"/>
        <w:ind w:left="360" w:right="0" w:firstLine="0"/>
        <w:jc w:val="both"/>
      </w:pPr>
      <w:r>
        <w:rPr>
          <w:rFonts w:ascii="Times New Roman" w:hAnsi="Times New Roman" w:eastAsia="Times New Roman" w:cs="Times New Roman"/>
          <w:b w:val="0"/>
          <w:sz w:val="24"/>
        </w:rPr>
        <w:t>Each of the DONOR and the witnesses are personally known to me, or if not produced identification as set forth below. The DONOR is personally known to me or produced the following identification: [type of identification]. The First Witness is personally known to me or produced the following identification: [type of identification]. The Second Witness is personally known to me or produced the following identification: [type of identification].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Ohio</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