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Remainder Annuity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I, [name of the client], of [client's city and state, where currently residing] (hereinafter "Donor"), desiring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Rev. Proc. 2003-53 and § 664(d)(1) of the Internal Revenue Code (hereinafter "Code"), hereby enter into this trust agreement with [full legal name of applicable trustee/bank throughout the instrument], of trustee/bank's address, city and state of location, as the initial trustee (hereinafter "Trustee"). This trust shall be known as the [name of client/donor] Charitable Remainder Annuity Trust.</w:t>
      </w:r>
    </w:p>
    <w:p>
      <w:pPr>
        <w:keepNext w:val="0"/>
        <w:spacing w:before="120" w:after="0" w:line="260" w:lineRule="exact"/>
        <w:ind w:left="36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Donor hereby transfers and irrevocably assigns, on the above date,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and the Trustee accepts the property and agrees to hold, manage, and distribute the property under the terms set forth in this trust instrument.</w:t>
      </w:r>
    </w:p>
    <w:p>
      <w:pPr>
        <w:keepNext w:val="0"/>
        <w:spacing w:before="120" w:after="0" w:line="260" w:lineRule="exact"/>
        <w:ind w:left="36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each taxable year of the trust during the annuity period, the Trustee shall pay to [name of recipient, usually the Donor] (hereinafter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no less than 5 and no more than 50] percent of the initial net fair market value of all property transferred to the trust, valued as of the above date (that is, the date of the transfer). The first day of the annuity period shall be the date the property is transferred to the trust and the last day of the annuity period shall be the date of the Recipient's death. 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tax purposes, the Trustee shall pay to the Recipient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Recipient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 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36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of the trust during which the annuity period ends, the obligation of the Trustee to pay the annuity amount shall terminate with the regular quarterly installment next preceding the death of the Recipient.</w:t>
      </w:r>
    </w:p>
    <w:p>
      <w:pPr>
        <w:keepNext w:val="0"/>
        <w:spacing w:before="120" w:after="0" w:line="260" w:lineRule="exact"/>
        <w:ind w:left="36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Charity.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the termination of the annuity period, the Trustee shall distribute all of the then principal and income of the trust (other than any amount due the Recipient or the Recipient's estate under the provisions above) to [name of charitable organization] (hereinafter "Charitable Organization"). The Donor reserves the right to designate, at any time and from time to time, in lieu of the Charitable Organization identified above, one or more organizations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as the charitable remainderman and shall make any such designation by giving written notice to the Trustee. If the Charitable Organization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at the time when any principal or income of the trust is to be distributed to it, then the Trustee shall distribute the then principal and income to one or more organizations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as the Trustee shall select, and in the proportions as the Trustee shall decide, in the Trustee's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additional contributions shall be made to the trust after the initial contribution.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not engage in any act of self-dealing within the meaning of § 4941(d) of the Code,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and shall not make any taxable expenditures within the meaning of § 4945(d) of the Code,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360" w:right="0" w:firstLine="0"/>
        <w:jc w:val="left"/>
      </w:pPr>
      <w:r>
        <w:rPr>
          <w:rFonts w:ascii="Times New Roman" w:hAnsi="Times New Roman" w:eastAsia="Times New Roman" w:cs="Times New Roman"/>
          <w:b w:val="0"/>
          <w:sz w:val="24"/>
        </w:rPr>
        <w:t>Section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taxable year of the trust shall be the calendar year.</w:t>
      </w:r>
    </w:p>
    <w:p>
      <w:pPr>
        <w:keepNext w:val="0"/>
        <w:spacing w:before="120" w:after="0" w:line="260" w:lineRule="exact"/>
        <w:ind w:left="360" w:right="0" w:firstLine="0"/>
        <w:jc w:val="left"/>
      </w:pPr>
      <w:r>
        <w:rPr>
          <w:rFonts w:ascii="Times New Roman" w:hAnsi="Times New Roman" w:eastAsia="Times New Roman" w:cs="Times New Roman"/>
          <w:b w:val="0"/>
          <w:sz w:val="24"/>
        </w:rPr>
        <w:t>Section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operation of the trust shall be governed by the laws of the State of Florida. However, the Trustee is prohibited from exercising any power or discretion granted under said laws that would be inconsistent with the qualification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under § 664(d)(1) of the Code and the corresponding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Section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Amendment.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trust is irrevocable. However, the Trustee shall have the power, acting alone, to amend the trust from time to time in any manner required for the sole purpose of ensuring that the trust qualifies and continues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 664(d)(1) of the Code.</w:t>
      </w:r>
    </w:p>
    <w:p>
      <w:pPr>
        <w:keepNext w:val="0"/>
        <w:spacing w:before="120" w:after="0" w:line="260" w:lineRule="exact"/>
        <w:ind w:left="360" w:right="0" w:firstLine="0"/>
        <w:jc w:val="left"/>
      </w:pPr>
      <w:r>
        <w:rPr>
          <w:rFonts w:ascii="Times New Roman" w:hAnsi="Times New Roman" w:eastAsia="Times New Roman" w:cs="Times New Roman"/>
          <w:b w:val="0"/>
          <w:sz w:val="24"/>
        </w:rPr>
        <w:t>Section 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3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Provision.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contribution of property to the trust would, but for the operation of this section, fail to qualify for the income, gift or estate tax charitable deduction because of either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probability that the trust corpus will be exhausted before the termination of the annuity period exceeds 5 percent (Rev. Rul. 77-374) —or—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value of the remainder interest in such contributed property does not satisfy the requirements of § 664(d)(1)(D)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The terms of the trust shall be modified by the Trustee to the extent necessary, in the Trustee's sole discretion, to qualify the trust under § 664(d)(1) of the Code and the corresponding regulations, including (but not limited to) reduction of the annuity amount and, if necessary, reduction of the term of the annuity period.</w:t>
      </w:r>
    </w:p>
    <w:p>
      <w:pPr>
        <w:keepNext w:val="0"/>
        <w:spacing w:before="120" w:after="0" w:line="260" w:lineRule="exact"/>
        <w:ind w:left="36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Prevailing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provisions specifically applicable to this charitable remainder annuity trust shall prevail over any other provision in this trust instrument inconsistent herewith.</w:t>
      </w:r>
    </w:p>
    <w:p>
      <w:pPr>
        <w:keepNext w:val="0"/>
        <w:spacing w:before="120" w:after="0" w:line="260" w:lineRule="exact"/>
        <w:ind w:left="36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amount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then that amount shall be paid or expended only in such of the following ways as the trustee deems best: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Directly to the beneficiary or his or her attorney in fact;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legally appointed guardian or conservator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or Gifts to Minors Act;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 the trustee directly for the benefit of the beneficiary; and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interests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principal or income shall not be subject to the claims of any creditor, any spouse for alimony or support, or others, or to legal process, and may not be voluntarily or involuntarily alienated or encumbered.</w:t>
      </w:r>
    </w:p>
    <w:p>
      <w:pPr>
        <w:keepNext w:val="0"/>
        <w:spacing w:before="120" w:after="0" w:line="260" w:lineRule="exact"/>
        <w:ind w:left="36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Principal and Income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allocation of receipts and disbursements between income and principal shall be determined as provided by this agreement and applicable state statute, Florida Statutes, Chapter 738, or in cases not covered by statute by the trustee, except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trust is beneficiary or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account in any employee benefit plan or individual retirement plan, income earned after death in the account shall be income of the trust, and if the trustee is required to pay all trust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collect and pay the income of the account to the beneficiary at least quarterly (and to the extent that all income cannot be collected from the account, the deficiency shall be paid from the principal of the trust)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Reserves for depreciation shall be established out of income only to the extent that the trustee determines that readily marketable assets in the principal of the trust will be insufficient for any renovation, major repair, improvement or replacement of trust property which the trustee deems advisable</w:t>
      </w:r>
    </w:p>
    <w:p>
      <w:pPr>
        <w:keepNext w:val="0"/>
        <w:spacing w:before="120" w:after="0" w:line="260" w:lineRule="exact"/>
        <w:ind w:left="36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Unless waived, 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trust receipts and disbursements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assets at least annually to each beneficiary then entitled to receive payments from the trust and, in addition, to any other beneficiaries who are entitled to receive accounts under applicable state law.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is binding on each beneficiary who receives it and on all persons claiming by or through the beneficiary, and the trustee is released, as to all matters stated in the account or shown by it, unless the beneficiary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after the mailing or other delivery of the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distributing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whole or in part, the trustee shall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trustee's accounts, either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approval and release from the beneficiary or, if it cannot be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accounts. The expenses of the judicial proceeding (including attorneys' fees) shall be paid from the beneficiary's share of the trust. The trustee shall also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from the beneficiary for any environmental law liability or expense which the trustee has incurred or may incur in the future with respect to the property distributed.</w:t>
      </w:r>
    </w:p>
    <w:p>
      <w:pPr>
        <w:keepNext w:val="0"/>
        <w:spacing w:before="120" w:after="0" w:line="260" w:lineRule="exact"/>
        <w:ind w:left="36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be reimbursed for all reasonable expenses incurred in the management and protection of the trust, and any corporate trustee shall receive compensation for its services in accordance with its schedule of fees in effect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regular compensation shall be charged against income and principal as provided by applicable state law,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portion or all against income.</w:t>
      </w:r>
    </w:p>
    <w:p>
      <w:pPr>
        <w:keepNext w:val="0"/>
        <w:spacing w:before="120" w:after="0" w:line="260" w:lineRule="exact"/>
        <w:ind w:left="36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trustee may resign at any time by written notice to each beneficiary then entitled to receive payments from the trust. In case of the resignation, refusal or inability to act of any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payments from the trust, but no beneficiary or person legally obligated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successor trustee shall have all the powers given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has no duty to inquire into the accounts or administration of any predecessor trustee and is not personally liable for any act or omission of any predecessor trustee. With the approval of the beneficiaries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and discharge to the predecessor trustee without incurring any liability for so doing.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trustee wherever acting shall be required to give bond or surety or be appointed by or account for the administration of any trust to any court. The trustee need not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any court.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another corporation succeeds to part or all of the trust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acting or appointed to act hereunder, that corporation shall be the successor corporate trustee, without the necessity of appointment, assignment or other action.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Under Disability.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trustee, or other person shall be considered to be under disability or unable to act if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lack legal capacity, or is not so adjudicated but is, by reason of illness or mental or physical disability, unable to give prompt and intelligent consideration to financial matters. The determination as to inability may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and the trustee may rely upon written notice of that determination. The parent, spouse, adult child, attorney in fact, guardian, or conservator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authority to act for the beneficiary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Section 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of the trust under this agreement shall hold, manage, care for, and protect the trust property and shall have the following powers and, except to the extent inconsistent herewith, those now or hereafter conferred by law:</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any property originally constituting the trust, and to invest and reinvest the trust property in bonds, stocks, mortgages, notes, bank deposits, options, futures, partnership and limited liability company interests, shares of investment companies, real estate investment trusts and other investment funds (including ones that receive services from, and pay compensation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affiliate company), or other property of any kind, real or personal, domestic or foreign; the trustee may retain or make any investment without liability, even though it is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marketability or diversification considered proper for trust investments; the Donor understands that investments are subject to risk, including possible loss of principal, and that the trustee is not liable for losses which do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trustee's duties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payments from the trust;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borrow money from any lender, extend, or renew any existing indebtedness and mortgage or pledge any property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and any reinvestments thereof, and to sell options, from time to time for such price and upon such terms as the trustee sees fit</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employ agents, attorneys, and proxies, to delegate to them such duties and powers as the trustee considers desirable, and to pay them reasonable compensation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may delegate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company any of the corporate trustee's duties and powers, discretionary or otherwise, and the delegating corporate trustee need not review the actions of the affiliate</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 by any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or acquire any interests in oil, gas or other mineral resources received from any source without liability for any loss occasioned thereby; to execute any agreements, assignments, contracts, deeds, grants, leases for any term, and any other instruments or documents (even though their term may extend beyond the administration of any trust); to manage, control, operate, explore, mine, develop, or take any other action for the production, recovery, sale, treatment, storage, or transportation of any interest in oil, gas, or other mineral resources; to drill wells of any type; to conduct or participate in secondary recovery operations; to enter into agreements for pooling or unitization; to install, operate, or participate in the operation of any plant, mine, or other facility; and generally, with reference to oil, gas, and other mineral interests and operations, to enter into any other agreements and to take any other actions (whether or not presently recognized as common or proper practice by those engaged in the business of prospecting for, developing, producing, processing, transporting, or marketing oil, gas, or other minerals) as the trustee deems to be advisable</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inspect and monitor businesses and real property (whether held directly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trust or other entity) for environmental conditions or possible violations of environmental laws; to remediate environmentally-damaged property or to take steps to prevent environmental damage in the future, even if no action by public or private parties is currently pending or threatened; to abandon or refuse to accept property which may have environmental damage; the trustee may expend trust property to do the foregoing, and no action or failure to act by the trustee pursuant to this paragraph shall be subject to question by any beneficiary —and—</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hereby sign, seal, publish and declare this instrument to be my Charitable Remainder Annuity Trust, and for the purpose of identification, I have signed my initials on each page other than the signature page, which I have signed, in the presence of the persons witnessing this Trust, at my request,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Donor]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I, [name of donor], declare to the officer taking my acknowledgment of this instrument, and to the subscribing witnesses, that I signed this instrument as my Charitable Remainder Annuity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witness 1], and [name of witness 2], have been sworn by the officer signing below, and declare to that officer on our oaths that the Donor declared the instrument to be the Donor's Charitable Remainder Annuity Trust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Donor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donor],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[name of donor]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Charitable Remainder Annuity Trust Property – Schedule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[Insert]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