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0"/>
        <w:jc w:val="center"/>
      </w:pPr>
      <w:r>
        <w:rPr>
          <w:rFonts w:ascii="Times New Roman" w:hAnsi="Times New Roman" w:eastAsia="Times New Roman" w:cs="Times New Roman"/>
          <w:sz w:val="24"/>
        </w:rPr>
        <w:t>CHURCH RESIGNATION LETTER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From: </w:t>
      </w:r>
      <w:r>
        <w:rPr>
          <w:rFonts w:ascii="Times New Roman" w:hAnsi="Times New Roman" w:eastAsia="Times New Roman" w:cs="Times New Roman"/>
          <w:b w:val="0"/>
          <w:sz w:val="24"/>
        </w:rPr>
        <w:t>[NAME OF SENDER]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Address: </w:t>
      </w:r>
      <w:r>
        <w:rPr>
          <w:rFonts w:ascii="Times New Roman" w:hAnsi="Times New Roman" w:eastAsia="Times New Roman" w:cs="Times New Roman"/>
          <w:b w:val="0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Phone: </w:t>
      </w: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  <w:r>
        <w:rPr>
          <w:rFonts w:ascii="Times New Roman" w:hAnsi="Times New Roman" w:eastAsia="Times New Roman" w:cs="Times New Roman"/>
          <w:sz w:val="24"/>
        </w:rPr>
        <w:br/>
        <w:t xml:space="preserve">E-Mail: </w:t>
      </w: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To: </w:t>
      </w:r>
      <w:r>
        <w:rPr>
          <w:rFonts w:ascii="Times New Roman" w:hAnsi="Times New Roman" w:eastAsia="Times New Roman" w:cs="Times New Roman"/>
          <w:b w:val="0"/>
          <w:sz w:val="24"/>
        </w:rPr>
        <w:t>[NAME OF RECIPIENT]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Address: </w:t>
      </w:r>
      <w:r>
        <w:rPr>
          <w:rFonts w:ascii="Times New Roman" w:hAnsi="Times New Roman" w:eastAsia="Times New Roman" w:cs="Times New Roman"/>
          <w:b w:val="0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Phone: </w:t>
      </w: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  <w:r>
        <w:rPr>
          <w:rFonts w:ascii="Times New Roman" w:hAnsi="Times New Roman" w:eastAsia="Times New Roman" w:cs="Times New Roman"/>
          <w:sz w:val="24"/>
        </w:rPr>
        <w:br/>
        <w:t xml:space="preserve">E-Mail: </w:t>
      </w: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Dear </w:t>
      </w:r>
      <w:r>
        <w:rPr>
          <w:rFonts w:ascii="Times New Roman" w:hAnsi="Times New Roman" w:eastAsia="Times New Roman" w:cs="Times New Roman"/>
          <w:sz w:val="24"/>
        </w:rPr>
        <w:t>[RECIPIENT]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This letter represents the official notice of resignation from my position as </w:t>
      </w:r>
      <w:r>
        <w:rPr>
          <w:rFonts w:ascii="Times New Roman" w:hAnsi="Times New Roman" w:eastAsia="Times New Roman" w:cs="Times New Roman"/>
          <w:sz w:val="24"/>
        </w:rPr>
        <w:t>[OFFICIAL TITLE]</w:t>
      </w:r>
      <w:r>
        <w:rPr>
          <w:rFonts w:ascii="Times New Roman" w:hAnsi="Times New Roman" w:eastAsia="Times New Roman" w:cs="Times New Roman"/>
          <w:sz w:val="24"/>
        </w:rPr>
        <w:t xml:space="preserve"> with </w:t>
      </w:r>
      <w:r>
        <w:rPr>
          <w:rFonts w:ascii="Times New Roman" w:hAnsi="Times New Roman" w:eastAsia="Times New Roman" w:cs="Times New Roman"/>
          <w:sz w:val="24"/>
        </w:rPr>
        <w:t>[NAME OF CHURCH]</w:t>
      </w:r>
      <w:r>
        <w:rPr>
          <w:rFonts w:ascii="Times New Roman" w:hAnsi="Times New Roman" w:eastAsia="Times New Roman" w:cs="Times New Roman"/>
          <w:sz w:val="24"/>
        </w:rPr>
        <w:t xml:space="preserve"> be made final on the </w:t>
      </w:r>
      <w:r>
        <w:rPr>
          <w:rFonts w:ascii="Times New Roman" w:hAnsi="Times New Roman" w:eastAsia="Times New Roman" w:cs="Times New Roman"/>
          <w:sz w:val="24"/>
        </w:rPr>
        <w:t>[DAY]</w:t>
      </w:r>
      <w:r>
        <w:rPr>
          <w:rFonts w:ascii="Times New Roman" w:hAnsi="Times New Roman" w:eastAsia="Times New Roman" w:cs="Times New Roman"/>
          <w:sz w:val="24"/>
        </w:rPr>
        <w:t xml:space="preserve"> day of </w:t>
      </w:r>
      <w:r>
        <w:rPr>
          <w:rFonts w:ascii="Times New Roman" w:hAnsi="Times New Roman" w:eastAsia="Times New Roman" w:cs="Times New Roman"/>
          <w:sz w:val="24"/>
        </w:rPr>
        <w:t>[MONTH]</w:t>
      </w:r>
      <w:r>
        <w:rPr>
          <w:rFonts w:ascii="Times New Roman" w:hAnsi="Times New Roman" w:eastAsia="Times New Roman" w:cs="Times New Roman"/>
          <w:sz w:val="24"/>
        </w:rPr>
        <w:t xml:space="preserve">, </w:t>
      </w:r>
      <w:r>
        <w:rPr>
          <w:rFonts w:ascii="Times New Roman" w:hAnsi="Times New Roman" w:eastAsia="Times New Roman" w:cs="Times New Roman"/>
          <w:sz w:val="24"/>
        </w:rPr>
        <w:t>[YEAR]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It has been with great pleasure to serve alongside the individuals at </w:t>
      </w:r>
      <w:r>
        <w:rPr>
          <w:rFonts w:ascii="Times New Roman" w:hAnsi="Times New Roman" w:eastAsia="Times New Roman" w:cs="Times New Roman"/>
          <w:sz w:val="24"/>
        </w:rPr>
        <w:t>[NAME OF CHURCH]</w:t>
      </w:r>
      <w:r>
        <w:rPr>
          <w:rFonts w:ascii="Times New Roman" w:hAnsi="Times New Roman" w:eastAsia="Times New Roman" w:cs="Times New Roman"/>
          <w:sz w:val="24"/>
        </w:rPr>
        <w:t xml:space="preserve">, and I will always appreciate the faith, experience, and knowledge I gained during my time here. The reason for my departure is </w:t>
      </w:r>
      <w:r>
        <w:rPr>
          <w:rFonts w:ascii="Times New Roman" w:hAnsi="Times New Roman" w:eastAsia="Times New Roman" w:cs="Times New Roman"/>
          <w:sz w:val="24"/>
        </w:rPr>
        <w:t>[EXPLAIN REASON]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I hope the notice-period is enough for you to find a replacement. Furthermore, please let me know of any help I can provide to train or prepare my successor. I created several resources to assist them during their transition into the role. 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Sincerely,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____________________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Signature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[NAME OF SENDER]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Print Name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