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Civil Litigation: Ownership Disclosure Statement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FORM 6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OWNERSHIP DISCLOSURE STATEMENT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(SEE RULE 20(C))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WWW.USTAXCOURT.GOV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UNITED STATES TAX COURT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OWNERSHIP DISCLOSURE STATEMENT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Rule 20(c), Tax Court Rules of Practice and Procedure, [Name of Petitioner], makes the following disclosure: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parent corporations, if any, of petitioner, or state that there are no parent corporations: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publicly held entities owning 10 percent or more of petitioner’s stock, or state that there is no such entity:</w:t>
      </w:r>
    </w:p>
    <w:p>
      <w:pPr>
        <w:keepNext w:val="0"/>
        <w:spacing w:before="200" w:after="0" w:line="260" w:lineRule="exact"/>
        <w:ind w:left="108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200" w:after="0" w:line="260" w:lineRule="exact"/>
        <w:ind w:left="108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Signature of Counsel or Petitioner’s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Duly Authorized Representative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