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Client Intake Form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PLEASE NOTE: The information you provide on this form is for case assessment purposes only. Completing this form does not mean that [firm name] is your attorney in this matter. Any information that you provide will remain strictly confidential.</w:t>
      </w:r>
    </w:p>
    <w:p>
      <w:pPr>
        <w:keepNext w:val="0"/>
        <w:spacing w:before="200" w:after="0" w:line="260" w:lineRule="exact"/>
        <w:ind w:left="360" w:right="0" w:firstLine="0"/>
        <w:jc w:val="both"/>
      </w:pPr>
      <w:r>
        <w:rPr>
          <w:rFonts w:ascii="Times New Roman" w:hAnsi="Times New Roman" w:eastAsia="Times New Roman" w:cs="Times New Roman"/>
          <w:b w:val="0"/>
          <w:sz w:val="24"/>
        </w:rPr>
        <w:t>Date: 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Address: 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Date of Birth: ________</w:t>
      </w:r>
    </w:p>
    <w:p>
      <w:pPr>
        <w:keepNext w:val="0"/>
        <w:spacing w:before="200" w:after="0" w:line="260" w:lineRule="exact"/>
        <w:ind w:left="360" w:right="0" w:firstLine="0"/>
        <w:jc w:val="both"/>
      </w:pPr>
      <w:r>
        <w:rPr>
          <w:rFonts w:ascii="Times New Roman" w:hAnsi="Times New Roman" w:eastAsia="Times New Roman" w:cs="Times New Roman"/>
          <w:b w:val="0"/>
          <w:sz w:val="24"/>
        </w:rPr>
        <w:t>Cell Phone Number: 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Home Phone Number: 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Work Phone Number: 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E-mail Address 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of Employer: 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Job Title: 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Salary/Wage: $________/(hour/week/year) Hours work per week: ________</w:t>
      </w:r>
    </w:p>
    <w:p>
      <w:pPr>
        <w:keepNext w:val="0"/>
        <w:spacing w:before="200" w:after="0" w:line="260" w:lineRule="exact"/>
        <w:ind w:left="360" w:right="0" w:firstLine="0"/>
        <w:jc w:val="both"/>
      </w:pPr>
      <w:r>
        <w:rPr>
          <w:rFonts w:ascii="Times New Roman" w:hAnsi="Times New Roman" w:eastAsia="Times New Roman" w:cs="Times New Roman"/>
          <w:b w:val="0"/>
          <w:sz w:val="24"/>
        </w:rPr>
        <w:t>Did you miss any time from employment due to this incident? If so, when did you stop working?</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If there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return to work, please state when you returned: 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When are the best times to reach you and what is your preferred method of communication: </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Spouse’s Name: 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Spouse’s Cell Phone Number: 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Referred to the firm by: 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How did you learn about the firm: 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Is anyone other than yourself or your company going to be responsible for payment of the legal fees to be charged in this matter? If so please identify the name(s) and contact information for such persons or entities: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brief description of your proposed matter:</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Dates when the events described above occurred:</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Name all the people and their citizenships, companies and other entities and their corresponding contact information that are involved in or have personal knowledge of the matter (e.g. potential co-parties, potential opposing parties, attorneys, witnesses, related companies, etc.):</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Are you facing any court or filing deadlines or other deadlines of which you are aware (please explain):</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Have you ever engaged another attorney on this matter (if yes, please provide details):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Have you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 any other lawsuits (list all prior criminal and civil cases and identify the case(s), the parties in the case(s), the court(s), and the final outcome(s)):</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Please list any and all medical/healthcare professionals and/or institutions you have visited, consulted and/or treated with in relation to the incident:</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List all insurance policies you have:</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______________________________________________________________________________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List any Related Police Reports: </w:t>
      </w:r>
    </w:p>
    <w:p>
      <w:pPr>
        <w:keepNext w:val="0"/>
        <w:spacing w:before="200" w:after="0" w:line="260" w:lineRule="exact"/>
        <w:ind w:left="360" w:right="0" w:firstLine="0"/>
        <w:jc w:val="both"/>
      </w:pPr>
      <w:r>
        <w:rPr>
          <w:rFonts w:ascii="Times New Roman" w:hAnsi="Times New Roman" w:eastAsia="Times New Roman" w:cs="Times New Roman"/>
          <w:b w:val="0"/>
          <w:sz w:val="24"/>
        </w:rPr>
        <w:t>Municipality: ___________ Report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