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Client Intake Form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after="0" w:line="300" w:lineRule="exact"/>
        <w:ind w:left="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Table of Contents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[Firm's Letterhead]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Any information you provide on this form is confidential.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Completing this form does not mean that [name of firm] is your attorney in this matter.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Date: __________________________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Name: __________________________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Cell Phone: __________________________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Home Phone: __________________________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Work Phone: __________________________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Which is the best number for us to call you about your case? __________________________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What are the best times for us to reach you? __________________________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Email: __________________________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May we email you about your case? Yes/No (circle one)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Mailing Address: 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County: __________________________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 of Employer: __________________________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Job Title: __________________________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Referred by: __________________________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Are you requesting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specific attorney at our firm? Yes/No (circle one)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If yes, which attorney? __________________________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 of Opposing Party: __________________________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Location: __________________________ Industry (if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company): 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Case Summary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Why are you seeking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attorney? 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 situation began or occurred: 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 situation ended (if applicable): 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Are you facing any deadline or threat? [Yes/No]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If yes, please provide details: 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How has the situation that brought you to seek legal counsel impacted you? 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How would you like this situation to be resolved? 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Is this case already pending in court or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government agency? [Yes/No]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If yes, which court or agency? 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When did you file that proceeding? 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What is the status of that proceeding? 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Who is your attorney in that case? 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If you have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attorney in that case, why are you contacting us? 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 all the other people, companies, and any other entities that are involved in or have personal knowledge of the matter (e.g., potential co-parties, potential opposing parties, attorneys, witnesses, related companies, etc.):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Prior Representation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Have you consulted any other attorney about this matter? Yes/No (circle one)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If yes, why did you decide to consult us too?___________________________________________________________________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Have you ever been represented by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attorney before? Yes/No (circle one)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What was that case about? 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How did that case turn out? 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Did you finish the case with the same attorney you started with? Yes/No (circle one)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If not, please describe why: 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Have you been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party in any other lawsuits (list all prior criminal and civil cases and identify the case(s), the parties in the case(s), the court(s), and the final outcome(s)): 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Attorney's Fees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How do you plan to pay your attorney's fees? Cash/Credit Card/Check (circle one)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If someone else will be responsible for your fees, please provide their contact information: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Name: 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Phone: 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Email: 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Mailing Address: 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Alternative Dispute Resolution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Have you signed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agreement that requires you to arbitrate this matter? (The agreement could be part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larger document like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employee handbook or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contract for services.) Yes/No/I don't know (circle one)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Documents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Did you bring any documents for us to look at today? Yes/No (circle one)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If yes, please describe each of them: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1) 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2) 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3) 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We will copy these documents and return them to you.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