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Client Intake Form for Patent Prosecution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after="0" w:line="30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Table of Contents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Inventor Information.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Name: 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Home Address: 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Phone Number: 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Personal Email Address: 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(e)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Employer: 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(f)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Work Address: 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(g)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Work Email Address: ______________________________________________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(h)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Work Phone Number: 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Additional Inventors’ Information.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List any additional collaborators that may be considered coinventors. For each collaborator listed, include the same contact information as question </w:t>
      </w: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above.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For each collaborator listed above, briefly describe the portion of the invention to which they contributed.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Assignee Information.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Is the invention related to the scope of your employment?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Were any employer resources used to make the invention?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(i)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Please list all resources that were used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(ii)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Were these resources used at the site of employment or at home?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Are you subject to any agreements or policies addressing inventions including joint development agreements, confidentiality agreements, or assignment agreements?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Summary of the Invention.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few sentences, provide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brief summary of the invention.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do you consider to be important aspects of the invention?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What are some of the important improvements over the existing state of the art?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Detailed Description of the Invention.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Please describe the invention in more detail, including the problem intended to be solved and how it was solved.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Have you prepared any other summaries, manuscripts or abstracts of the invention?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List any products, articles, patents, or other publications that provide background information regarding the state of the art, and/or the invention.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List any improvements or modifications to the invention you intend to make.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each improvement or modification listed: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(i)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Has this work begun?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(ii)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do you expect this work to be completed?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6. 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Invention Timeline and Disclosures.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did you first conceive of the invention?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When did you first complete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working version of the complete invention?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the invention been disclosed to others who are not co-inventors, describe any such disclosures?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If any disclosures were made, were such disclosures made in conjunction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Nondisclosure Agreement?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(e)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Do you or any co-inventors have plans to submit disclosures of the invention, such as for publication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journal or for presentation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conference?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