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CLOSING DATE EXTENSION ADDENDUM</w:t>
      </w:r>
    </w:p>
    <w:p>
      <w:pPr>
        <w:jc w:val="center"/>
      </w:pPr>
    </w:p>
    <w:p>
      <w:pPr/>
      <w:r>
        <w:rPr>
          <w:rFonts w:ascii="Times New Roman" w:hAnsi="Times New Roman" w:eastAsia="Times New Roman" w:cs="Times New Roman"/>
          <w:sz w:val="24"/>
        </w:rPr>
        <w:t xml:space="preserve">On ______________________________, 20____ this Closing Date Extension Addendum (“Addendum”) is entered hereto between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(“Buyer”) and ______________________________ (“Seller”) that amends the Purchase Agreement signed on ______________________________, 20____.</w:t>
      </w:r>
    </w:p>
    <w:p>
      <w:pPr/>
    </w:p>
    <w:p>
      <w:pPr/>
      <w:r>
        <w:rPr>
          <w:rFonts w:ascii="Times New Roman" w:hAnsi="Times New Roman" w:eastAsia="Times New Roman" w:cs="Times New Roman"/>
          <w:sz w:val="24"/>
        </w:rPr>
        <w:t>All of the terms, conditions, and provisions in the Purchase Agreement shall remain in full force and effect and are hereby incorporated by the reference herein and are unchanged except as expressly amended hereby.</w:t>
      </w:r>
    </w:p>
    <w:p>
      <w:pPr/>
    </w:p>
    <w:p>
      <w:pPr/>
      <w:r>
        <w:rPr>
          <w:rFonts w:ascii="Times New Roman" w:hAnsi="Times New Roman" w:eastAsia="Times New Roman" w:cs="Times New Roman"/>
          <w:sz w:val="24"/>
        </w:rPr>
        <w:t xml:space="preserve">The Closing Date agreed to under the Purchase Agreement shall be hereby extended to ______________________________, 20____. </w:t>
      </w:r>
    </w:p>
    <w:p>
      <w:pPr/>
    </w:p>
    <w:p>
      <w:pPr/>
      <w:r>
        <w:rPr>
          <w:rFonts w:ascii="Times New Roman" w:hAnsi="Times New Roman" w:eastAsia="Times New Roman" w:cs="Times New Roman"/>
          <w:sz w:val="24"/>
        </w:rPr>
        <w:t>This Amendment is void and of no effect if it is not signed by the Buyer and returned to the Seller or the Seller’s Agent within twenty-four (24) hours from the time it was sent to Buyer or the Buyer’s representative.</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Agent’s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Agent’s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