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Code of Conduct Compliance Certificate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received and read the Company's Code of Conduct. I certify that I am complying with all provisions of the Code of Conduct as well as related Company policies and understand that compliance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condition of my employment. I also certify that I am not aware of any violations of the Code of Conduct or related policies, except as noted below: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[______________________]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[______________________]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[______________________]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[______________________]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I become aware of any violation of the Code of Conduct, I will promptly report it to the Company's General Counsel [other Company officials authorized to receive reports].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understand that my violating any provision(s) of the Code, and/or failing to report violations I become aware of, are grounds for discipline—including, suspension and discharge—sanctions, and referral for criminal prosecution or civil action.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and agree that the Code is not intended to, and does not, create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promise or contract of employment or continued employment, and that I am and remain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at-will—which means I or the Company may terminate my employment at any time.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[________________]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Signature: 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 (printed or typed): [________________]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