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Codicil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[FIRST or SECOND, etc.] CODICIL TO WILL OF [Name] DATED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[full legal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[name of county] County, California, declare that this is the [e.g., first or second or third, etc.] codicil to my will dated [date] [</w:t>
      </w:r>
      <w:r>
        <w:rPr>
          <w:rFonts w:ascii="Times New Roman" w:hAnsi="Times New Roman" w:eastAsia="Times New Roman" w:cs="Times New Roman"/>
          <w:b w:val="0"/>
          <w:sz w:val="24"/>
        </w:rPr>
        <w:t xml:space="preserve">if the testator's will has been amended by any previous codicils, add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each such codicil and the date each codicil was executed, e.g.,</w:t>
      </w:r>
      <w:r>
        <w:rPr>
          <w:rFonts w:ascii="Times New Roman" w:hAnsi="Times New Roman" w:eastAsia="Times New Roman" w:cs="Times New Roman"/>
          <w:b w:val="0"/>
          <w:sz w:val="24"/>
        </w:rPr>
        <w:t xml:space="preserve"> as amended by the first codicil thereto dated (date), and the second codicil thereto dated (date)].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new Section [section number, e.g., 3.14] is added to page [number] of the above-mentioned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[Set forth text of will provision in full, exactly as it would have appeared in the will itself, e.g., Section (e.g., 3.14). I give (state amount of the devise, e.g., the sum of $10,000) to (name of the devisee and relationship to the testator, if any, e.g., my good friend, Jane R. Brown,) of (city and state, e.g., Sacramento, California) (if desired, add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survivorship clause, e.g., if she survives me or if she survives me for 60 days)].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Section [section of the will dealing with apportionment of tax liability] of my will dated [date], all death taxes attributable to the property passing under Section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of this codicil that may be payable by reason of my death shall be paid by the recipient of that property, with allowances for any credits, deductions, and exemptions allowed for purposes of determining the taxable estate. For purposes of this section, the term "death taxes" shall have the meaning specified in Section [section number] of the above-mentioned will [</w:t>
      </w:r>
      <w:r>
        <w:rPr>
          <w:rFonts w:ascii="Times New Roman" w:hAnsi="Times New Roman" w:eastAsia="Times New Roman" w:cs="Times New Roman"/>
          <w:b w:val="0"/>
          <w:sz w:val="24"/>
        </w:rPr>
        <w:t xml:space="preserve">or, if the will does not define "death taxes",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definition may be set out in full here instead</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every other respect, I confirm and republish my will dated [date] [</w:t>
      </w:r>
      <w:r>
        <w:rPr>
          <w:rFonts w:ascii="Times New Roman" w:hAnsi="Times New Roman" w:eastAsia="Times New Roman" w:cs="Times New Roman"/>
          <w:b w:val="0"/>
          <w:sz w:val="24"/>
        </w:rPr>
        <w:t xml:space="preserve">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each codicil not revoked or superseded, and the date each codicil was executed, e.g.,</w:t>
      </w:r>
      <w:r>
        <w:rPr>
          <w:rFonts w:ascii="Times New Roman" w:hAnsi="Times New Roman" w:eastAsia="Times New Roman" w:cs="Times New Roman"/>
          <w:b w:val="0"/>
          <w:sz w:val="24"/>
        </w:rPr>
        <w:t xml:space="preserve"> as amended by the first codicil thereto dated (date), and the second codicil thereto dated (date)].</w:t>
      </w:r>
    </w:p>
    <w:p>
      <w:pPr>
        <w:keepNext w:val="0"/>
        <w:spacing w:before="200" w:after="0" w:line="260" w:lineRule="exact"/>
        <w:ind w:left="360" w:right="0" w:firstLine="0"/>
        <w:jc w:val="both"/>
      </w:pPr>
      <w:r>
        <w:rPr>
          <w:rFonts w:ascii="Times New Roman" w:hAnsi="Times New Roman" w:eastAsia="Times New Roman" w:cs="Times New Roman"/>
          <w:b w:val="0"/>
          <w:sz w:val="24"/>
        </w:rPr>
        <w:t>The foregoing [first or second, etc.] codicil to my will dated [date], is executed on [date], at [city or town, and state, in which the will is signed, e.g., San Francisco, California].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 [signature of the testator]</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200" w:after="0" w:line="260" w:lineRule="exact"/>
        <w:ind w:left="360" w:right="0" w:firstLine="0"/>
        <w:jc w:val="both"/>
      </w:pPr>
      <w:r>
        <w:rPr>
          <w:rFonts w:ascii="Times New Roman" w:hAnsi="Times New Roman" w:eastAsia="Times New Roman" w:cs="Times New Roman"/>
          <w:b w:val="0"/>
          <w:sz w:val="24"/>
        </w:rPr>
        <w:t>On the date written above, we, the undersigned, each being present at the same time, witnessed the signing of this instrument by [name of testator]. At that time, [name of testator] appeared to us to be of sound mind and memory and, to the best of our knowledge, was not acting under fraud, duress, menace, or undue influence. Understanding this instrument, which consists of [number] pages, including the pages on which the signature of [name of testator] and our signatures appear, to be the [first or second, etc.] codicil to the will of [name of testator] dated [date], we subscribe our names as witnesses thereto. We declare under penalty of perjury under the laws of the State of California that the foregoing is true and correct. Executed on [date], at [city or town, and state, in which the will is signed, e.g., San Francisco, California].</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first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[city and state]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second witness</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Residing at [street address]</w:t>
      </w:r>
    </w:p>
    <w:p>
      <w:pPr>
        <w:keepNext w:val="0"/>
        <w:spacing w:before="120" w:after="0" w:line="260" w:lineRule="exact"/>
        <w:ind w:left="360" w:right="0" w:firstLine="0"/>
        <w:jc w:val="left"/>
      </w:pPr>
      <w:r>
        <w:rPr>
          <w:rFonts w:ascii="Times New Roman" w:hAnsi="Times New Roman" w:eastAsia="Times New Roman" w:cs="Times New Roman"/>
          <w:b w:val="0"/>
          <w:sz w:val="24"/>
        </w:rPr>
        <w:t>[city and 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