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Codicil to Will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[FIRST OR SECOND] CODICIL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TO THE LAST WILL AND TESTAMENT OF [TESTATOR/TESTATRIX]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[testator/testatrix], presently residing in [city], [county name] County, Pennsylvania, declare this to be the [first/second] Codicil to my Will dated [date of will] and the [first] Codicil thereto dated [date of first codicil].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FIRST: I hereby amend Article [article number of old will to be amended or revoked] of my Will in its entirety by substitution of the following therefor: [add new dispositive provisions or other changes].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SECOND: I hereby amend my Will by addition of the following thereto as paragraph [paragraph number] of Article [article number]: [add dispositive provisions or other changes].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THIRD: In all other respects I hereby ratify, confirm, and republish my Will dated [date of will] and the first Codicil thereto dated [date of first codicil].</w:t>
      </w:r>
    </w:p>
    <w:p>
      <w:pPr/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IN WITNESS WHEREOF, I, the said [testator/testatrix], have to this  [first/second] Codicil to my Will set my hand and seal this [Month Day 20__].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  (SEAL)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[testator/testatrix]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SIGNED, SEALED, PUBLISHED and DECLARED by the above- named [testator/testatrix], [name of testator/testatrix], as and for this [first or second] Codicil, in the presence of us, who, at [his/her] request, in [his/her] presence, and in the presence of each other, have hereunto subscribed our names as witnesses in attestation thereof.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ACKNOWLEDGMENT AND AFFIDAVIT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We, [name of testator/testatrix], [name of witness] and [name of witness], the [testator/testatrix] and the witnesses, respectively, whose names are signed to the foregoing instrument, being first duly sworn, do hereby declare to the undersigned authority that the [testator/testatrix] signed and executed the instrument as the [first/second] Codicil to [his/her] last Will and that [he/she] signed willingly, and that [he/she] executed it as [his/her] free and voluntary act for the purposes therein expressed, and that each of the witnesses, in the presence and hearing of the Testator and of each other, signed the [first/second] Codicil to [his/her] Will as witness and that to the best of his or her knowledge the [testator/testatrix] was at that time 18 years of age or older, of sound mind, and under no constraint or undue influence.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____________________________(SEAL)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Testator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____________________________(SEAL)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____________________________(SEAL)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Subscribed, sworn to and acknowledged before me by [name of testator/testatrix], the [testator/testatrix], and subscribed and sworn to before me by [name of witness 1] and [name of witness 2], witnesses, this [Month Day, 20__].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