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LORADO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Colorado.</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