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COLORADO REVOCATION OF POWER OF ATTORNEY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before="7" w:after="0"/>
      </w:pPr>
    </w:p>
    <w:p>
      <w:pPr>
        <w:ind w:hanging="197"/>
      </w:pP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/>
    </w:p>
    <w:p>
      <w:pPr>
        <w:ind w:hanging="197"/>
      </w:pP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/>
    </w:p>
    <w:p>
      <w:pPr>
        <w:ind w:hanging="197"/>
      </w:pP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/>
    </w:p>
    <w:p>
      <w:pPr>
        <w:spacing w:before="9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agent],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titled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[TITLE]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 title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document]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[date], which had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appointed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[name of agent]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[name of alternate agent, if any]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before="5" w:after="0"/>
      </w:pPr>
    </w:p>
    <w:p>
      <w:pPr>
        <w:spacing w:line="274" w:lineRule="exact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[YEAR]</w:t>
      </w:r>
    </w:p>
    <w:p>
      <w:pPr>
        <w:spacing w:before="9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Print name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</w:p>
    <w:p>
      <w:pPr>
        <w:spacing w:before="11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</w:t>
      </w:r>
    </w:p>
    <w:p>
      <w:pPr/>
      <w:r>
        <w:rPr>
          <w:rFonts w:ascii="Times New Roman" w:hAnsi="Times New Roman" w:eastAsia="Times New Roman" w:cs="Times New Roman"/>
          <w:sz w:val="24"/>
        </w:rPr>
        <w:t>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State of Colorado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§ </w:t>
      </w:r>
      <w:r>
        <w:rPr>
          <w:rFonts w:ascii="Times New Roman" w:hAnsi="Times New Roman" w:eastAsia="Times New Roman" w:cs="Times New Roman"/>
          <w:sz w:val="24"/>
        </w:rPr>
        <w:t xml:space="preserve">County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 in the year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</w:p>
    <w:p>
      <w:pPr>
        <w:spacing w:before="11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appeared</w:t>
      </w:r>
    </w:p>
    <w:p>
      <w:pPr>
        <w:spacing w:before="11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</w:p>
    <w:p>
      <w:pPr/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</w:rPr>
        <w:t>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/>
    </w:p>
    <w:p>
      <w:pPr>
        <w:spacing w:before="8" w:after="0"/>
      </w:pPr>
    </w:p>
    <w:p>
      <w:pPr>
        <w:spacing w:line="20" w:lineRule="exact"/>
      </w:pP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Pursuant to Colorado Uniform Power of Attorney Act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