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Communication Letter Confirming Client’s Decision to Reject Possible Tax Savings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[client name]</w:t>
      </w:r>
    </w:p>
    <w:p>
      <w:pPr>
        <w:keepNext w:val="0"/>
        <w:spacing w:before="20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[client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[Mr. or Ms.] [client surname]: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enclose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draft of your estate plan. As you recall, when you visited my office we discussed the tax consequences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number of alternative plans.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variety of reasons, you decided that you would prefer to leave your entire estate to your spouse, even though this might ultimately result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higher estate tax payable in [his or her] estate than if you left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portion of your estate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“bypass” trust, and even though this will result in [his or her] having the unrestricted ability to dispose of the property as he wishes by his own estate plan. The enclosed estate plan reflects your decision.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After you have had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chance to review this draft, please call so that we may discuss further any changes or the execution of the original.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typed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Enclosure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