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Company Agreement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Company Agreement of [name], LLC,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Texas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This Company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executed as of the Effective Date identified on the signature page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by [name of member] (the "</w:t>
      </w:r>
      <w:r>
        <w:rPr>
          <w:rFonts w:ascii="Times New Roman" w:hAnsi="Times New Roman" w:eastAsia="Times New Roman" w:cs="Times New Roman"/>
          <w:b/>
          <w:sz w:val="24"/>
        </w:rPr>
        <w:t>Member</w:t>
      </w:r>
      <w:r>
        <w:rPr>
          <w:rFonts w:ascii="Times New Roman" w:hAnsi="Times New Roman" w:eastAsia="Times New Roman" w:cs="Times New Roman"/>
          <w:b w:val="0"/>
          <w:sz w:val="24"/>
        </w:rPr>
        <w:t>") and [name of company], LLC (the "Company").</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Member desires to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under the TBOC;</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 desires to enter into this Agreement to form and provide for the governance of the Company and the conduct of its business; and</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IRC</w:t>
      </w:r>
      <w:r>
        <w:rPr>
          <w:rFonts w:ascii="Times New Roman" w:hAnsi="Times New Roman" w:eastAsia="Times New Roman" w:cs="Times New Roman"/>
          <w:b w:val="0"/>
          <w:sz w:val="24"/>
        </w:rPr>
        <w:t>" means the Internal Revenue Code of 1986, as amended, and any successor legislation.</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right to share in the Company's Profits and Losses as described in this Agreement.</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Regulations</w:t>
      </w:r>
      <w:r>
        <w:rPr>
          <w:rFonts w:ascii="Times New Roman" w:hAnsi="Times New Roman" w:eastAsia="Times New Roman" w:cs="Times New Roman"/>
          <w:b w:val="0"/>
          <w:sz w:val="24"/>
        </w:rPr>
        <w:t>" means the federal income tax regulations promulgated by the United States Department of the Treasury and published in the Federal Register for the purpose of interpreting and applying the provisions of the IRC, as such Regulations may be amended from time to time, including corresponding provisions of applicable successor regulations.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TBOC</w:t>
      </w:r>
      <w:r>
        <w:rPr>
          <w:rFonts w:ascii="Times New Roman" w:hAnsi="Times New Roman" w:eastAsia="Times New Roman" w:cs="Times New Roman"/>
          <w:b w:val="0"/>
          <w:sz w:val="24"/>
        </w:rPr>
        <w:t>" means the Texas Business Organizations Code, effective January 1, 2006, as amended, and any successor legislation.</w:t>
      </w:r>
    </w:p>
    <w:p>
      <w:pPr>
        <w:keepNext w:val="0"/>
        <w:spacing w:before="200" w:after="0" w:line="260" w:lineRule="exact"/>
        <w:ind w:left="1440" w:right="0" w:firstLine="0"/>
        <w:jc w:val="both"/>
      </w:pPr>
      <w:r>
        <w:rPr>
          <w:rFonts w:ascii="Times New Roman" w:hAnsi="Times New Roman" w:eastAsia="Times New Roman" w:cs="Times New Roman"/>
          <w:b w:val="0"/>
          <w:sz w:val="24"/>
        </w:rPr>
        <w:t>Other capitalized terms will have the meanings ascribed to them in the body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FORMATION, PRINCIPAL OFFICE, PURPOSE, AND POWERS.</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Formation.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Formation was filed in the office of the Texas Secretary of State in accordance with the TBOC.</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of the Company is "[name of company], LLC" and all Company business shall be conducted in that name or such other names as the Member may adopt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Purposes and Powers.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Company is to conduct any lawful businesses which may be performed by limited liability companies under Texas law. The Company has the same powers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to act as necessary or convenient to carry out its business and affairs, including all of the powers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domestic entity as set forth in Title 1, Chapter 2, of the TBOC.</w:t>
      </w:r>
    </w:p>
    <w:p>
      <w:pPr>
        <w:keepNext w:val="0"/>
        <w:spacing w:before="120" w:after="0" w:line="260" w:lineRule="exact"/>
        <w:ind w:left="144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will have perpetual duration.</w:t>
      </w:r>
    </w:p>
    <w:p>
      <w:pPr>
        <w:keepNext w:val="0"/>
        <w:spacing w:before="120" w:after="0" w:line="260" w:lineRule="exact"/>
        <w:ind w:left="144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Principal Office.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purposes of complying with its recordkeeping requirements, the Company shall keep its books and records at its principal office in the United States, located at: [address]. The Company shall maintain at its principal office the Company's records and accounts as required by the TBOC.</w:t>
      </w:r>
    </w:p>
    <w:p>
      <w:pPr>
        <w:keepNext w:val="0"/>
        <w:spacing w:before="120" w:after="0" w:line="260" w:lineRule="exact"/>
        <w:ind w:left="144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Office and Resident Agent for Service of Process.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Company's initial registered office is as set forth in the Certificate of Formation. The Company's registered office and its agent for service of process may only be changed by filing notice of the change with the Texas Secretary of State.</w:t>
      </w:r>
    </w:p>
    <w:p>
      <w:pPr>
        <w:keepNext w:val="0"/>
        <w:spacing w:before="120" w:after="0" w:line="260" w:lineRule="exact"/>
        <w:ind w:left="144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Representative.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is taxed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the Company hereby designates the Member to be the "Tax Representative," who shall be the "partnership representative" of the Company within the meaning of Section 6223(</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If any state or local tax law provides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representative or person having similar rights, powers, authority, or obligations (including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matters partner"), the Tax Representative shall also serve in such capacity. The Tax Representative may resign at any time, subject to the provisions of Treasury Regulations Section 301-6223-1.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Representative ceases to serve as such for any reason, the Company itself will automatically and immediately become the new (acting) Tax Representative.</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AND MANAGEMENT.</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and address of the Member is reflected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Member shall have the sole and exclusive control of the management, business and affairs of the Company, and shall make all decisions and take all actions for and on behalf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INITIAL CONTRIBUTION; ALLOCATION OF NET INCOME AND NET LOSS; DISTRIBUTIONS.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Initial Contribution.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Member shall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capital contribution in the amount set forth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Allocation of Net Income and Net Loss.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so long as the Company has one member, it shall be disregarded as separate from its owner within the meaning of Treas. Reg. section 301.7701-3(b)(1)(ii), and all net income and net loss of the Company shall be treated as those of the Member. In the event the Company admits additional members, this Agreement shall be amended to reflect the allocations to the members for U.S. federal income tax purposes.</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Distributions shall be made to the Member at the times and in the aggregate amounts determined by the member.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INSURANCE.</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Indemnification.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limitations and conditions as provided in this Article, each person who was or is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is involved in any legal or administrative proceeding, or any appeal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or any inquiry or investigation that could lead to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by reason of the fact that he or she,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whom he or she is the legal representative,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or while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director, officer, partner, venturer, proprietor, trustee, employee, agent, or similar functionary of another foreign or domestic limited liability company, corporation, partnership, joint venture, sole proprietorship, trust, employee benefit plan or other enterprise shall be indemnified by the Company to the fullest extent permitted by the TBOC, as the same exists or may hereafter be amended (but, in the case of any such amendment, only to the extent that such amendment permits the Company to provide broader indemnification rights than said law permitted the Company to provide prior to such amendment) against judgments, penalties (including excise and similar taxes and punitive damages), fines, settlements and reasonable expenses (including, without limitation, attorney's fees) actually incurred by such person in connection with such proceeding, and indemnification under this Article shall continue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has ceased to serve in the capacity which initially entitled such person to indemnity hereunder. The rights granted pursuant to this Article shall be deemed contract rights, and no amendments, modification or repeal of this Article shall have the effect of limiting or denying any such rights with respect to actions taken or proceeding arising prior to any such amendment, modification or repeal. It is expressly acknowledged that the indemnification provided in this Article could involve indemnification for negligence or under theories of strict liability.</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purchase and maintain insurance, at its expense, to protect itself and any person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was serving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officer, employee or agent of the Company or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director, officer, partner, venturer, proprietor, trustee, employee, agent or similar functionary of another foreign or domestic limited liability company, corporation, partnership, joint venture, sole proprietorship, trust, employee benefit plan or other enterprise against any expense, liability or loss, whether or not the Company would have the power to indemnify such person against such expense, liability or loss under this Article.</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WINDING UP.</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Winding Up.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begin to wind up its affairs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 pursuant to Section 11.051 of the TBOC or successor legislation.</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soon as is practicable following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 of the Company, the Company shall sell or otherwise liquidate all of its remaining assets. The Member and officers of the Company, if any, shall have the right to take into account the market conditions that may exist from time to time in determining when the sale or other liquidation of assets of the Company is practicable. As promptly as practicable, the Company shall pay or make adequate provision for the payment of all known debts, obligations, or liabilities of the Company. As promptly as practicable after the payment of all known debts, obligations, or liabilities of the Company (or the provision for such payment is made), the remaining assets of the Company, if any, shall be distributed to the Member.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the Member must be sent to or made at the addresses given for the Member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such other address as the Member may specify by notice.</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w:t>
      </w:r>
    </w:p>
    <w:p>
      <w:pPr>
        <w:keepNext w:val="0"/>
        <w:spacing w:before="120" w:after="0" w:line="260" w:lineRule="exact"/>
        <w:ind w:left="144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44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constitutes the entire agreement between and among the Member and the Company. Any and all prior discussions, negotiations, communications, and understandings are hereby consolidated into this Agreement and this Agreement supersedes any and all prior discussions, negotiations, communications, and understandings whether written or oral.</w:t>
      </w:r>
    </w:p>
    <w:p>
      <w:pPr>
        <w:keepNext w:val="0"/>
        <w:spacing w:before="120" w:after="0" w:line="260" w:lineRule="exact"/>
        <w:ind w:left="144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amended or modified only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executed by Member and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Member and his or her heirs, legal representatives, successors, and assigns.</w:t>
      </w:r>
    </w:p>
    <w:p>
      <w:pPr>
        <w:keepNext w:val="0"/>
        <w:spacing w:before="120" w:after="0" w:line="260" w:lineRule="exact"/>
        <w:ind w:left="144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this Agreement and the transactions contemplated hereby, each Member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TEXAS, EXCLUDING ANY CONFLICT-OF-LAWS RULE OR PRINCIPLE THAT MIGHT REFER THE GOVERNANCE OR THE CONSTRUCTION OF THIS AGREEMENT TO THE LAW OF ANOTHER JURISDICTION.</w:t>
      </w:r>
    </w:p>
    <w:p>
      <w:pPr>
        <w:keepNext w:val="0"/>
        <w:spacing w:before="120" w:after="0" w:line="260" w:lineRule="exact"/>
        <w:ind w:left="144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to this Agreement hereby agree that the courts of [County], Texas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44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HEREOF, the Member has adopted and executed this Company Agreement to be effective as of the Effective Date set forth above.</w:t>
      </w:r>
    </w:p>
    <w:p>
      <w:pPr>
        <w:keepNext w:val="0"/>
        <w:spacing w:before="120" w:after="0" w:line="260" w:lineRule="exact"/>
        <w:ind w:left="360" w:right="0" w:firstLine="0"/>
        <w:jc w:val="left"/>
      </w:pPr>
      <w:r>
        <w:rPr>
          <w:rFonts w:ascii="Times New Roman" w:hAnsi="Times New Roman" w:eastAsia="Times New Roman" w:cs="Times New Roman"/>
          <w:b/>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Member]</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