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Company Agreement </w:t>
      </w:r>
    </w:p>
    <w:p>
      <w:pPr>
        <w:keepNext w:val="0"/>
        <w:spacing w:after="0" w:line="240" w:lineRule="exact"/>
        <w:ind w:right="0"/>
        <w:jc w:val="both"/>
      </w:pPr>
    </w:p>
    <w:p>
      <w:pPr>
        <w:keepNext w:val="0"/>
        <w:spacing w:before="120" w:after="0" w:line="260" w:lineRule="exact"/>
        <w:ind w:left="360" w:right="0" w:firstLine="0"/>
        <w:jc w:val="left"/>
      </w:pPr>
      <w:r>
        <w:rPr>
          <w:rFonts w:ascii="Times New Roman" w:hAnsi="Times New Roman" w:eastAsia="Times New Roman" w:cs="Times New Roman"/>
          <w:sz w:val="24"/>
        </w:rPr>
        <w:br/>
      </w:r>
      <w:r>
        <w:rPr>
          <w:rFonts w:ascii="Times New Roman" w:hAnsi="Times New Roman" w:eastAsia="Times New Roman" w:cs="Times New Roman"/>
          <w:b/>
          <w:sz w:val="24"/>
        </w:rPr>
        <w:t>Company Agreement of [name], LLC, a Texas Limited Liability Company</w:t>
      </w:r>
    </w:p>
    <w:p>
      <w:pPr>
        <w:keepNext w:val="0"/>
        <w:spacing w:before="200" w:after="0" w:line="260" w:lineRule="exact"/>
        <w:ind w:left="720" w:right="0" w:firstLine="0"/>
        <w:jc w:val="both"/>
      </w:pPr>
      <w:r>
        <w:rPr>
          <w:rFonts w:ascii="Times New Roman" w:hAnsi="Times New Roman" w:eastAsia="Times New Roman" w:cs="Times New Roman"/>
          <w:b w:val="0"/>
          <w:sz w:val="24"/>
        </w:rPr>
        <w:t>This Company Agreement ("</w:t>
      </w:r>
      <w:r>
        <w:rPr>
          <w:rFonts w:ascii="Times New Roman" w:hAnsi="Times New Roman" w:eastAsia="Times New Roman" w:cs="Times New Roman"/>
          <w:b/>
          <w:sz w:val="24"/>
        </w:rPr>
        <w:t>Agreement</w:t>
      </w:r>
      <w:r>
        <w:rPr>
          <w:rFonts w:ascii="Times New Roman" w:hAnsi="Times New Roman" w:eastAsia="Times New Roman" w:cs="Times New Roman"/>
          <w:b w:val="0"/>
          <w:sz w:val="24"/>
        </w:rPr>
        <w:t>") is executed as of the Effective Date identified on the signature page (the "</w:t>
      </w:r>
      <w:r>
        <w:rPr>
          <w:rFonts w:ascii="Times New Roman" w:hAnsi="Times New Roman" w:eastAsia="Times New Roman" w:cs="Times New Roman"/>
          <w:b/>
          <w:sz w:val="24"/>
        </w:rPr>
        <w:t>Effective Date</w:t>
      </w:r>
      <w:r>
        <w:rPr>
          <w:rFonts w:ascii="Times New Roman" w:hAnsi="Times New Roman" w:eastAsia="Times New Roman" w:cs="Times New Roman"/>
          <w:b w:val="0"/>
          <w:sz w:val="24"/>
        </w:rPr>
        <w:t>") by [name of member] (the "</w:t>
      </w:r>
      <w:r>
        <w:rPr>
          <w:rFonts w:ascii="Times New Roman" w:hAnsi="Times New Roman" w:eastAsia="Times New Roman" w:cs="Times New Roman"/>
          <w:b/>
          <w:sz w:val="24"/>
        </w:rPr>
        <w:t>Member</w:t>
      </w:r>
      <w:r>
        <w:rPr>
          <w:rFonts w:ascii="Times New Roman" w:hAnsi="Times New Roman" w:eastAsia="Times New Roman" w:cs="Times New Roman"/>
          <w:b w:val="0"/>
          <w:sz w:val="24"/>
        </w:rPr>
        <w:t>") and [name of company], LLC (the "Company").</w:t>
      </w:r>
    </w:p>
    <w:p>
      <w:pPr>
        <w:keepNext w:val="0"/>
        <w:spacing w:before="200" w:after="0" w:line="260" w:lineRule="exact"/>
        <w:ind w:left="720" w:right="0" w:firstLine="0"/>
        <w:jc w:val="both"/>
      </w:pPr>
      <w:r>
        <w:rPr>
          <w:rFonts w:ascii="Times New Roman" w:hAnsi="Times New Roman" w:eastAsia="Times New Roman" w:cs="Times New Roman"/>
          <w:b/>
          <w:sz w:val="24"/>
        </w:rPr>
        <w:t>WHEREAS</w:t>
      </w:r>
      <w:r>
        <w:rPr>
          <w:rFonts w:ascii="Times New Roman" w:hAnsi="Times New Roman" w:eastAsia="Times New Roman" w:cs="Times New Roman"/>
          <w:b w:val="0"/>
          <w:sz w:val="24"/>
        </w:rPr>
        <w:t>, the Member desires to form a limited liability company under the TBOC;</w:t>
      </w:r>
    </w:p>
    <w:p>
      <w:pPr>
        <w:keepNext w:val="0"/>
        <w:spacing w:before="200" w:after="0" w:line="260" w:lineRule="exact"/>
        <w:ind w:left="720" w:right="0" w:firstLine="0"/>
        <w:jc w:val="both"/>
      </w:pPr>
      <w:r>
        <w:rPr>
          <w:rFonts w:ascii="Times New Roman" w:hAnsi="Times New Roman" w:eastAsia="Times New Roman" w:cs="Times New Roman"/>
          <w:b/>
          <w:sz w:val="24"/>
        </w:rPr>
        <w:t>WHEREAS</w:t>
      </w:r>
      <w:r>
        <w:rPr>
          <w:rFonts w:ascii="Times New Roman" w:hAnsi="Times New Roman" w:eastAsia="Times New Roman" w:cs="Times New Roman"/>
          <w:b w:val="0"/>
          <w:sz w:val="24"/>
        </w:rPr>
        <w:t>, the Member desires to enter into this Agreement to form and provide for the governance of the Company and the conduct of its business; and</w:t>
      </w:r>
    </w:p>
    <w:p>
      <w:pPr>
        <w:keepNext w:val="0"/>
        <w:spacing w:before="200" w:after="0" w:line="260" w:lineRule="exact"/>
        <w:ind w:left="720" w:right="0" w:firstLine="0"/>
        <w:jc w:val="both"/>
      </w:pPr>
      <w:r>
        <w:rPr>
          <w:rFonts w:ascii="Times New Roman" w:hAnsi="Times New Roman" w:eastAsia="Times New Roman" w:cs="Times New Roman"/>
          <w:b/>
          <w:sz w:val="24"/>
        </w:rPr>
        <w:t>NOW, THEREFORE</w:t>
      </w:r>
      <w:r>
        <w:rPr>
          <w:rFonts w:ascii="Times New Roman" w:hAnsi="Times New Roman" w:eastAsia="Times New Roman" w:cs="Times New Roman"/>
          <w:b w:val="0"/>
          <w:sz w:val="24"/>
        </w:rPr>
        <w:t>, in consideration of the mutual premises contained in this Agreement and other good and valuable consideration, the receipt and sufficiency of which is hereby acknowledged, the parties agree as follows:</w:t>
      </w:r>
    </w:p>
    <w:p>
      <w:pPr>
        <w:keepNext w:val="0"/>
        <w:spacing w:before="120" w:after="0" w:line="260" w:lineRule="exact"/>
        <w:ind w:left="1080" w:right="0" w:firstLine="0"/>
        <w:jc w:val="left"/>
      </w:pPr>
      <w:r>
        <w:rPr>
          <w:rFonts w:ascii="Times New Roman" w:hAnsi="Times New Roman" w:eastAsia="Times New Roman" w:cs="Times New Roman"/>
          <w:b w:val="0"/>
          <w:sz w:val="24"/>
        </w:rPr>
        <w:t>ARTICLE I.</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DEFINITIONS.</w:t>
      </w:r>
    </w:p>
    <w:p>
      <w:pPr>
        <w:keepNext w:val="0"/>
        <w:spacing w:before="200" w:after="0" w:line="260" w:lineRule="exact"/>
        <w:ind w:left="144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IRC</w:t>
      </w:r>
      <w:r>
        <w:rPr>
          <w:rFonts w:ascii="Times New Roman" w:hAnsi="Times New Roman" w:eastAsia="Times New Roman" w:cs="Times New Roman"/>
          <w:b w:val="0"/>
          <w:sz w:val="24"/>
        </w:rPr>
        <w:t>" means the Internal Revenue Code of 1986, as amended, and any successor legislation.</w:t>
      </w:r>
    </w:p>
    <w:p>
      <w:pPr>
        <w:keepNext w:val="0"/>
        <w:spacing w:before="200" w:after="0" w:line="260" w:lineRule="exact"/>
        <w:ind w:left="144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Membership Interest</w:t>
      </w:r>
      <w:r>
        <w:rPr>
          <w:rFonts w:ascii="Times New Roman" w:hAnsi="Times New Roman" w:eastAsia="Times New Roman" w:cs="Times New Roman"/>
          <w:b w:val="0"/>
          <w:sz w:val="24"/>
        </w:rPr>
        <w:t>" means a Member's right to share in the Company's Profits and Losses as described in this Agreement.</w:t>
      </w:r>
    </w:p>
    <w:p>
      <w:pPr>
        <w:keepNext w:val="0"/>
        <w:spacing w:before="200" w:after="0" w:line="260" w:lineRule="exact"/>
        <w:ind w:left="144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Regulations</w:t>
      </w:r>
      <w:r>
        <w:rPr>
          <w:rFonts w:ascii="Times New Roman" w:hAnsi="Times New Roman" w:eastAsia="Times New Roman" w:cs="Times New Roman"/>
          <w:b w:val="0"/>
          <w:sz w:val="24"/>
        </w:rPr>
        <w:t>" means the federal income tax regulations promulgated by the United States Department of the Treasury and published in the Federal Register for the purpose of interpreting and applying the provisions of the IRC, as such Regulations may be amended from time to time, including corresponding provisions of applicable successor regulations.</w:t>
      </w:r>
    </w:p>
    <w:p>
      <w:pPr>
        <w:keepNext w:val="0"/>
        <w:spacing w:before="200" w:after="0" w:line="260" w:lineRule="exact"/>
        <w:ind w:left="144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TBOC</w:t>
      </w:r>
      <w:r>
        <w:rPr>
          <w:rFonts w:ascii="Times New Roman" w:hAnsi="Times New Roman" w:eastAsia="Times New Roman" w:cs="Times New Roman"/>
          <w:b w:val="0"/>
          <w:sz w:val="24"/>
        </w:rPr>
        <w:t>" means the Texas Business Organizations Code, effective January 1, 2006, as amended, and any successor legislation.</w:t>
      </w:r>
    </w:p>
    <w:p>
      <w:pPr>
        <w:keepNext w:val="0"/>
        <w:spacing w:before="200" w:after="0" w:line="260" w:lineRule="exact"/>
        <w:ind w:left="1440" w:right="0" w:firstLine="0"/>
        <w:jc w:val="both"/>
      </w:pPr>
      <w:r>
        <w:rPr>
          <w:rFonts w:ascii="Times New Roman" w:hAnsi="Times New Roman" w:eastAsia="Times New Roman" w:cs="Times New Roman"/>
          <w:b w:val="0"/>
          <w:sz w:val="24"/>
        </w:rPr>
        <w:t>Other capitalized terms will have the meanings ascribed to them in the body of this Agreement.</w:t>
      </w:r>
    </w:p>
    <w:p>
      <w:pPr>
        <w:keepNext w:val="0"/>
        <w:spacing w:before="120" w:after="0" w:line="260" w:lineRule="exact"/>
        <w:ind w:left="1080" w:right="0" w:firstLine="0"/>
        <w:jc w:val="left"/>
      </w:pPr>
      <w:r>
        <w:rPr>
          <w:rFonts w:ascii="Times New Roman" w:hAnsi="Times New Roman" w:eastAsia="Times New Roman" w:cs="Times New Roman"/>
          <w:b w:val="0"/>
          <w:sz w:val="24"/>
        </w:rPr>
        <w:t>ARTICLE II.</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FORMATION, PRINCIPAL OFFICE, PURPOSE, AND POWERS.</w:t>
      </w:r>
    </w:p>
    <w:p>
      <w:pPr>
        <w:keepNext w:val="0"/>
        <w:spacing w:before="120" w:after="0" w:line="260" w:lineRule="exact"/>
        <w:ind w:left="1440" w:right="0" w:firstLine="0"/>
        <w:jc w:val="left"/>
      </w:pPr>
      <w:r>
        <w:rPr>
          <w:rFonts w:ascii="Times New Roman" w:hAnsi="Times New Roman" w:eastAsia="Times New Roman" w:cs="Times New Roman"/>
          <w:b w:val="0"/>
          <w:sz w:val="24"/>
        </w:rPr>
        <w:t>2.1.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Certificate of Formation.</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On [date], a Certificate of Formation was filed in the office of the Texas Secretary of State in accordance with the TBOC.</w:t>
      </w:r>
    </w:p>
    <w:p>
      <w:pPr>
        <w:keepNext w:val="0"/>
        <w:spacing w:before="120" w:after="0" w:line="260" w:lineRule="exact"/>
        <w:ind w:left="1440" w:right="0" w:firstLine="0"/>
        <w:jc w:val="left"/>
      </w:pPr>
      <w:r>
        <w:rPr>
          <w:rFonts w:ascii="Times New Roman" w:hAnsi="Times New Roman" w:eastAsia="Times New Roman" w:cs="Times New Roman"/>
          <w:b w:val="0"/>
          <w:sz w:val="24"/>
        </w:rPr>
        <w:t>2.2.</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Name.</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name of the Company is "[name of company], LLC" and all Company business shall be conducted in that name or such other names as the Member may adopt from time to time.</w:t>
      </w:r>
    </w:p>
    <w:p>
      <w:pPr>
        <w:keepNext w:val="0"/>
        <w:spacing w:before="120" w:after="0" w:line="260" w:lineRule="exact"/>
        <w:ind w:left="1440" w:right="0" w:firstLine="0"/>
        <w:jc w:val="left"/>
      </w:pPr>
      <w:r>
        <w:rPr>
          <w:rFonts w:ascii="Times New Roman" w:hAnsi="Times New Roman" w:eastAsia="Times New Roman" w:cs="Times New Roman"/>
          <w:b w:val="0"/>
          <w:sz w:val="24"/>
        </w:rPr>
        <w:t>2.3.</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Purposes and Powers.</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purpose of the Company is to conduct any lawful businesses which may be performed by limited liability companies under Texas law. The Company has the same powers as an individual to act as necessary or convenient to carry out its business and affairs, including all of the powers of a domestic entity as set forth in Title 1, Chapter 2, of the TBOC.</w:t>
      </w:r>
    </w:p>
    <w:p>
      <w:pPr>
        <w:keepNext w:val="0"/>
        <w:spacing w:before="120" w:after="0" w:line="260" w:lineRule="exact"/>
        <w:ind w:left="1440" w:right="0" w:firstLine="0"/>
        <w:jc w:val="left"/>
      </w:pPr>
      <w:r>
        <w:rPr>
          <w:rFonts w:ascii="Times New Roman" w:hAnsi="Times New Roman" w:eastAsia="Times New Roman" w:cs="Times New Roman"/>
          <w:b w:val="0"/>
          <w:sz w:val="24"/>
        </w:rPr>
        <w:t>2.4.</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Duration.</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Company will have perpetual duration.</w:t>
      </w:r>
    </w:p>
    <w:p>
      <w:pPr>
        <w:keepNext w:val="0"/>
        <w:spacing w:before="120" w:after="0" w:line="260" w:lineRule="exact"/>
        <w:ind w:left="1440" w:right="0" w:firstLine="0"/>
        <w:jc w:val="left"/>
      </w:pPr>
      <w:r>
        <w:rPr>
          <w:rFonts w:ascii="Times New Roman" w:hAnsi="Times New Roman" w:eastAsia="Times New Roman" w:cs="Times New Roman"/>
          <w:b w:val="0"/>
          <w:sz w:val="24"/>
        </w:rPr>
        <w:t>2.5.</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Principal Office.</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For purposes of complying with its recordkeeping requirements, the Company shall keep its books and records at its principal office in the United States, located at: [address]. The Company shall maintain at its principal office the Company's records and accounts as required by the TBOC.</w:t>
      </w:r>
    </w:p>
    <w:p>
      <w:pPr>
        <w:keepNext w:val="0"/>
        <w:spacing w:before="120" w:after="0" w:line="260" w:lineRule="exact"/>
        <w:ind w:left="1440" w:right="0" w:firstLine="0"/>
        <w:jc w:val="left"/>
      </w:pPr>
      <w:r>
        <w:rPr>
          <w:rFonts w:ascii="Times New Roman" w:hAnsi="Times New Roman" w:eastAsia="Times New Roman" w:cs="Times New Roman"/>
          <w:b w:val="0"/>
          <w:sz w:val="24"/>
        </w:rPr>
        <w:t>2.6.</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Registered Office and Resident Agent for Service of Process.</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Company's initial registered office is as set forth in the Certificate of Formation. The Company's registered office and its agent for service of process may only be changed by filing notice of the change with the Texas Secretary of State.</w:t>
      </w:r>
    </w:p>
    <w:p>
      <w:pPr>
        <w:keepNext w:val="0"/>
        <w:spacing w:before="120" w:after="0" w:line="260" w:lineRule="exact"/>
        <w:ind w:left="1440" w:right="0" w:firstLine="0"/>
        <w:jc w:val="left"/>
      </w:pPr>
      <w:r>
        <w:rPr>
          <w:rFonts w:ascii="Times New Roman" w:hAnsi="Times New Roman" w:eastAsia="Times New Roman" w:cs="Times New Roman"/>
          <w:b w:val="0"/>
          <w:sz w:val="24"/>
        </w:rPr>
        <w:t>2.7.</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Tax Representative.</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If the Company is taxed as a partnership, the Company hereby designates the Member to be the "Tax Representative," who shall be the "partnership representative" of the Company within the meaning of Section 6223(a) of the Code. If any state or local tax law provides for a partnership representative or person having similar rights, powers, authority, or obligations (including as a "tax matters partner"), the Tax Representative shall also serve in such capacity. The Tax Representative may resign at any time, subject to the provisions of Treasury Regulations Section 301-6223-1. If a Tax Representative ceases to serve as such for any reason, the Company itself will automatically and immediately become the new (acting) Tax Representative.</w:t>
      </w:r>
    </w:p>
    <w:p>
      <w:pPr>
        <w:keepNext w:val="0"/>
        <w:spacing w:before="120" w:after="0" w:line="260" w:lineRule="exact"/>
        <w:ind w:left="1080" w:right="0" w:firstLine="0"/>
        <w:jc w:val="left"/>
      </w:pPr>
      <w:r>
        <w:rPr>
          <w:rFonts w:ascii="Times New Roman" w:hAnsi="Times New Roman" w:eastAsia="Times New Roman" w:cs="Times New Roman"/>
          <w:b w:val="0"/>
          <w:sz w:val="24"/>
        </w:rPr>
        <w:t>ARTICLE III.</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MEMBER AND MANAGEMENT.</w:t>
      </w:r>
    </w:p>
    <w:p>
      <w:pPr>
        <w:keepNext w:val="0"/>
        <w:spacing w:before="120" w:after="0" w:line="260" w:lineRule="exact"/>
        <w:ind w:left="1440" w:right="0" w:firstLine="0"/>
        <w:jc w:val="left"/>
      </w:pPr>
      <w:r>
        <w:rPr>
          <w:rFonts w:ascii="Times New Roman" w:hAnsi="Times New Roman" w:eastAsia="Times New Roman" w:cs="Times New Roman"/>
          <w:b w:val="0"/>
          <w:sz w:val="24"/>
        </w:rPr>
        <w:t>3.1.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Member.</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name and address of the Member is reflected on Exhibit </w:t>
      </w:r>
      <w:r>
        <w:rPr>
          <w:rFonts w:ascii="Times New Roman" w:hAnsi="Times New Roman" w:eastAsia="Times New Roman" w:cs="Times New Roman"/>
          <w:b w:val="0"/>
          <w:sz w:val="24"/>
        </w:rPr>
        <w:t>A</w:t>
      </w:r>
      <w:r>
        <w:rPr>
          <w:rFonts w:ascii="Times New Roman" w:hAnsi="Times New Roman" w:eastAsia="Times New Roman" w:cs="Times New Roman"/>
          <w:b w:val="0"/>
          <w:sz w:val="24"/>
        </w:rPr>
        <w:t>.</w:t>
      </w:r>
    </w:p>
    <w:p>
      <w:pPr>
        <w:keepNext w:val="0"/>
        <w:spacing w:before="120" w:after="0" w:line="260" w:lineRule="exact"/>
        <w:ind w:left="1440" w:right="0" w:firstLine="0"/>
        <w:jc w:val="left"/>
      </w:pPr>
      <w:r>
        <w:rPr>
          <w:rFonts w:ascii="Times New Roman" w:hAnsi="Times New Roman" w:eastAsia="Times New Roman" w:cs="Times New Roman"/>
          <w:b w:val="0"/>
          <w:sz w:val="24"/>
        </w:rPr>
        <w:t>3.2.</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Management.</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Member shall have the sole and exclusive control of the management, business and affairs of the Company, and shall make all decisions and take all actions for and on behalf of the Company.</w:t>
      </w:r>
    </w:p>
    <w:p>
      <w:pPr>
        <w:keepNext w:val="0"/>
        <w:spacing w:before="120" w:after="0" w:line="260" w:lineRule="exact"/>
        <w:ind w:left="1080" w:right="0" w:firstLine="0"/>
        <w:jc w:val="left"/>
      </w:pPr>
      <w:r>
        <w:rPr>
          <w:rFonts w:ascii="Times New Roman" w:hAnsi="Times New Roman" w:eastAsia="Times New Roman" w:cs="Times New Roman"/>
          <w:b w:val="0"/>
          <w:sz w:val="24"/>
        </w:rPr>
        <w:t>ARTICLE IV.</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INITIAL CONTRIBUTION; ALLOCATION OF NET INCOME AND NET LOSS; DISTRIBUTIONS.</w:t>
      </w:r>
    </w:p>
    <w:p>
      <w:pPr>
        <w:keepNext w:val="0"/>
        <w:spacing w:before="120" w:after="0" w:line="260" w:lineRule="exact"/>
        <w:ind w:left="1440" w:right="0" w:firstLine="0"/>
        <w:jc w:val="left"/>
      </w:pPr>
      <w:r>
        <w:rPr>
          <w:rFonts w:ascii="Times New Roman" w:hAnsi="Times New Roman" w:eastAsia="Times New Roman" w:cs="Times New Roman"/>
          <w:b w:val="0"/>
          <w:sz w:val="24"/>
        </w:rPr>
        <w:t>4.1.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Initial Contribution.</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Member shall make an initial capital contribution in the amount set forth on Exhibit </w:t>
      </w:r>
      <w:r>
        <w:rPr>
          <w:rFonts w:ascii="Times New Roman" w:hAnsi="Times New Roman" w:eastAsia="Times New Roman" w:cs="Times New Roman"/>
          <w:b w:val="0"/>
          <w:sz w:val="24"/>
        </w:rPr>
        <w:t>A</w:t>
      </w:r>
      <w:r>
        <w:rPr>
          <w:rFonts w:ascii="Times New Roman" w:hAnsi="Times New Roman" w:eastAsia="Times New Roman" w:cs="Times New Roman"/>
          <w:b w:val="0"/>
          <w:sz w:val="24"/>
        </w:rPr>
        <w:t>.</w:t>
      </w:r>
    </w:p>
    <w:p>
      <w:pPr>
        <w:keepNext w:val="0"/>
        <w:spacing w:before="120" w:after="0" w:line="260" w:lineRule="exact"/>
        <w:ind w:left="1440" w:right="0" w:firstLine="0"/>
        <w:jc w:val="left"/>
      </w:pPr>
      <w:r>
        <w:rPr>
          <w:rFonts w:ascii="Times New Roman" w:hAnsi="Times New Roman" w:eastAsia="Times New Roman" w:cs="Times New Roman"/>
          <w:b w:val="0"/>
          <w:sz w:val="24"/>
        </w:rPr>
        <w:t>4.2.</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Allocation of Net Income and Net Loss.</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For so long as the Company has one member, it shall be disregarded as separate from its owner within the meaning of Treas. Reg. section 301.7701-3(b)(1)(ii), and all net income and net loss of the Company shall be treated as those of the Member. In the event the Company admits additional members, this Agreement shall be amended to reflect the allocations to the members for U.S. federal income tax purposes.</w:t>
      </w:r>
    </w:p>
    <w:p>
      <w:pPr>
        <w:keepNext w:val="0"/>
        <w:spacing w:before="120" w:after="0" w:line="260" w:lineRule="exact"/>
        <w:ind w:left="1440" w:right="0" w:firstLine="0"/>
        <w:jc w:val="left"/>
      </w:pPr>
      <w:r>
        <w:rPr>
          <w:rFonts w:ascii="Times New Roman" w:hAnsi="Times New Roman" w:eastAsia="Times New Roman" w:cs="Times New Roman"/>
          <w:b w:val="0"/>
          <w:sz w:val="24"/>
        </w:rPr>
        <w:t>4.3.</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Distributions.</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Distributions shall be made to the Member at the times and in the aggregate amounts determined by the member.</w:t>
      </w:r>
    </w:p>
    <w:p>
      <w:pPr>
        <w:keepNext w:val="0"/>
        <w:spacing w:before="120" w:after="0" w:line="260" w:lineRule="exact"/>
        <w:ind w:left="1080" w:right="0" w:firstLine="0"/>
        <w:jc w:val="left"/>
      </w:pPr>
      <w:r>
        <w:rPr>
          <w:rFonts w:ascii="Times New Roman" w:hAnsi="Times New Roman" w:eastAsia="Times New Roman" w:cs="Times New Roman"/>
          <w:b w:val="0"/>
          <w:sz w:val="24"/>
        </w:rPr>
        <w:t>ARTICLE V.</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INDEMNIFICATION AND INSURANCE.</w:t>
      </w:r>
    </w:p>
    <w:p>
      <w:pPr>
        <w:keepNext w:val="0"/>
        <w:spacing w:before="120" w:after="0" w:line="260" w:lineRule="exact"/>
        <w:ind w:left="1440" w:right="0" w:firstLine="0"/>
        <w:jc w:val="left"/>
      </w:pPr>
      <w:r>
        <w:rPr>
          <w:rFonts w:ascii="Times New Roman" w:hAnsi="Times New Roman" w:eastAsia="Times New Roman" w:cs="Times New Roman"/>
          <w:b w:val="0"/>
          <w:sz w:val="24"/>
        </w:rPr>
        <w:t>5.1.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Right to Indemnification.</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Subject to the limitations and conditions as provided in this Article, each person who was or is made a party or is threatened to be made a party to or is involved in any legal or administrative proceeding, or any appeal in such a proceeding, or any inquiry or investigation that could lead to such a proceeding, by reason of the fact that he or she, or a person of whom he or she is the legal representative, is or was a Member of the Company, or while a Member of the Company, is or was serving at the request of the Company as a partner, director, officer, partner, venturer, proprietor, trustee, employee, agent, or similar functionary of another foreign or domestic limited liability company, corporation, partnership, joint venture, sole proprietorship, trust, employee benefit plan or other enterprise shall be indemnified by the Company to the fullest extent permitted by the TBOC, as the same exists or may hereafter be amended (but, in the case of any such amendment, only to the extent that such amendment permits the Company to provide broader indemnification rights than said law permitted the Company to provide prior to such amendment) against judgments, penalties (including excise and similar taxes and punitive damages), fines, settlements and reasonable expenses (including, without limitation, attorney's fees) actually incurred by such person in connection with such proceeding, and indemnification under this Article shall continue as to a person who has ceased to serve in the capacity which initially entitled such person to indemnity hereunder. The rights granted pursuant to this Article shall be deemed contract rights, and no amendments, modification or repeal of this Article shall have the effect of limiting or denying any such rights with respect to actions taken or proceeding arising prior to any such amendment, modification or repeal. It is expressly acknowledged that the indemnification provided in this Article could involve indemnification for negligence or under theories of strict liability.</w:t>
      </w:r>
    </w:p>
    <w:p>
      <w:pPr>
        <w:keepNext w:val="0"/>
        <w:spacing w:before="120" w:after="0" w:line="260" w:lineRule="exact"/>
        <w:ind w:left="1440" w:right="0" w:firstLine="0"/>
        <w:jc w:val="left"/>
      </w:pPr>
      <w:r>
        <w:rPr>
          <w:rFonts w:ascii="Times New Roman" w:hAnsi="Times New Roman" w:eastAsia="Times New Roman" w:cs="Times New Roman"/>
          <w:b w:val="0"/>
          <w:sz w:val="24"/>
        </w:rPr>
        <w:t>5.2.</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Insurance.</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Company may purchase and maintain insurance, at its expense, to protect itself and any person who is a Member or was serving as a Member, officer, employee or agent of the Company or is or was serving at the request of the Company as a Member, director, officer, partner, venturer, proprietor, trustee, employee, agent or similar functionary of another foreign or domestic limited liability company, corporation, partnership, joint venture, sole proprietorship, trust, employee benefit plan or other enterprise against any expense, liability or loss, whether or not the Company would have the power to indemnify such person against such expense, liability or loss under this Article.</w:t>
      </w:r>
    </w:p>
    <w:p>
      <w:pPr>
        <w:keepNext w:val="0"/>
        <w:spacing w:before="120" w:after="0" w:line="260" w:lineRule="exact"/>
        <w:ind w:left="1080" w:right="0" w:firstLine="0"/>
        <w:jc w:val="left"/>
      </w:pPr>
      <w:r>
        <w:rPr>
          <w:rFonts w:ascii="Times New Roman" w:hAnsi="Times New Roman" w:eastAsia="Times New Roman" w:cs="Times New Roman"/>
          <w:b w:val="0"/>
          <w:sz w:val="24"/>
        </w:rPr>
        <w:t>ARTICLE VI.</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WINDING UP.</w:t>
      </w:r>
    </w:p>
    <w:p>
      <w:pPr>
        <w:keepNext w:val="0"/>
        <w:spacing w:before="120" w:after="0" w:line="260" w:lineRule="exact"/>
        <w:ind w:left="1440" w:right="0" w:firstLine="0"/>
        <w:jc w:val="left"/>
      </w:pPr>
      <w:r>
        <w:rPr>
          <w:rFonts w:ascii="Times New Roman" w:hAnsi="Times New Roman" w:eastAsia="Times New Roman" w:cs="Times New Roman"/>
          <w:b w:val="0"/>
          <w:sz w:val="24"/>
        </w:rPr>
        <w:t>6.1.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Voluntary Winding Up.</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Company shall begin to wind up its affairs upon an event requiring winding up, pursuant to Section 11.051 of the TBOC or successor legislation.</w:t>
      </w:r>
    </w:p>
    <w:p>
      <w:pPr>
        <w:keepNext w:val="0"/>
        <w:spacing w:before="120" w:after="0" w:line="260" w:lineRule="exact"/>
        <w:ind w:left="1440" w:right="0" w:firstLine="0"/>
        <w:jc w:val="left"/>
      </w:pPr>
      <w:r>
        <w:rPr>
          <w:rFonts w:ascii="Times New Roman" w:hAnsi="Times New Roman" w:eastAsia="Times New Roman" w:cs="Times New Roman"/>
          <w:b w:val="0"/>
          <w:sz w:val="24"/>
        </w:rPr>
        <w:t>6.2.</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Liquidation.</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As soon as is practicable following an event requiring winding up of the Company, the Company shall sell or otherwise liquidate all of its remaining assets. The Member and officers of the Company, if any, shall have the right to take into account the market conditions that may exist from time to time in determining when the sale or other liquidation of assets of the Company is practicable. As promptly as practicable, the Company shall pay or make adequate provision for the payment of all known debts, obligations, or liabilities of the Company. As promptly as practicable after the payment of all known debts, obligations, or liabilities of the Company (or the provision for such payment is made), the remaining assets of the Company, if any, shall be distributed to the Member.</w:t>
      </w:r>
    </w:p>
    <w:p>
      <w:pPr>
        <w:keepNext w:val="0"/>
        <w:spacing w:before="120" w:after="0" w:line="260" w:lineRule="exact"/>
        <w:ind w:left="1080" w:right="0" w:firstLine="0"/>
        <w:jc w:val="left"/>
      </w:pPr>
      <w:r>
        <w:rPr>
          <w:rFonts w:ascii="Times New Roman" w:hAnsi="Times New Roman" w:eastAsia="Times New Roman" w:cs="Times New Roman"/>
          <w:b w:val="0"/>
          <w:sz w:val="24"/>
        </w:rPr>
        <w:t>ARTICLE VII.</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NOTICES.</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Except as expressly set forth to the contrary in this Agreement, all notices, requests, or consents provided for or permitted to be given under this Agreement must be in writing and must be given either by depositing that writing in the United States mail, addressed to the recipient, postage paid, and registered or certified with return receipt requested or by delivering that writing to the recipient in person, by courier, or by facsimile transmission; and a notice, request, or consent given under this Agreement is effective on receipt by the person. All notices, requests, and consents to be sent to the Member must be sent to or made at the addresses given for the Member on Exhibit </w:t>
      </w:r>
      <w:r>
        <w:rPr>
          <w:rFonts w:ascii="Times New Roman" w:hAnsi="Times New Roman" w:eastAsia="Times New Roman" w:cs="Times New Roman"/>
          <w:b w:val="0"/>
          <w:sz w:val="24"/>
        </w:rPr>
        <w:t>A</w:t>
      </w:r>
      <w:r>
        <w:rPr>
          <w:rFonts w:ascii="Times New Roman" w:hAnsi="Times New Roman" w:eastAsia="Times New Roman" w:cs="Times New Roman"/>
          <w:b w:val="0"/>
          <w:sz w:val="24"/>
        </w:rPr>
        <w:t xml:space="preserve"> or such other address as the Member may specify by notice.</w:t>
      </w:r>
    </w:p>
    <w:p>
      <w:pPr>
        <w:keepNext w:val="0"/>
        <w:spacing w:before="120" w:after="0" w:line="260" w:lineRule="exact"/>
        <w:ind w:left="1080" w:right="0" w:firstLine="0"/>
        <w:jc w:val="left"/>
      </w:pPr>
      <w:r>
        <w:rPr>
          <w:rFonts w:ascii="Times New Roman" w:hAnsi="Times New Roman" w:eastAsia="Times New Roman" w:cs="Times New Roman"/>
          <w:b w:val="0"/>
          <w:sz w:val="24"/>
        </w:rPr>
        <w:t>ARTICLE VIII.</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GENERAL.</w:t>
      </w:r>
    </w:p>
    <w:p>
      <w:pPr>
        <w:keepNext w:val="0"/>
        <w:spacing w:before="120" w:after="0" w:line="260" w:lineRule="exact"/>
        <w:ind w:left="1440" w:right="0" w:firstLine="0"/>
        <w:jc w:val="left"/>
      </w:pPr>
      <w:r>
        <w:rPr>
          <w:rFonts w:ascii="Times New Roman" w:hAnsi="Times New Roman" w:eastAsia="Times New Roman" w:cs="Times New Roman"/>
          <w:b w:val="0"/>
          <w:sz w:val="24"/>
        </w:rPr>
        <w:t>8.1.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Construction.</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Whenever the context requires, the gender of all words used in this Agreement includes the masculine, feminine, and neuter. The Article headings appearing in this Agreement are for convenience of reference only and are not intended, to any extent or for any purpose, to limit or define the text of any Article or Section.</w:t>
      </w:r>
    </w:p>
    <w:p>
      <w:pPr>
        <w:keepNext w:val="0"/>
        <w:spacing w:before="120" w:after="0" w:line="260" w:lineRule="exact"/>
        <w:ind w:left="1440" w:right="0" w:firstLine="0"/>
        <w:jc w:val="left"/>
      </w:pPr>
      <w:r>
        <w:rPr>
          <w:rFonts w:ascii="Times New Roman" w:hAnsi="Times New Roman" w:eastAsia="Times New Roman" w:cs="Times New Roman"/>
          <w:b w:val="0"/>
          <w:sz w:val="24"/>
        </w:rPr>
        <w:t>8.2.</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Entire Agreement.</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This Agreement constitutes the entire agreement between and among the Member and the Company. Any and all prior discussions, negotiations, communications, and understandings are hereby consolidated into this Agreement and this Agreement supersedes any and all prior discussions, negotiations, communications, and understandings whether written or oral.</w:t>
      </w:r>
    </w:p>
    <w:p>
      <w:pPr>
        <w:keepNext w:val="0"/>
        <w:spacing w:before="120" w:after="0" w:line="260" w:lineRule="exact"/>
        <w:ind w:left="1440" w:right="0" w:firstLine="0"/>
        <w:jc w:val="left"/>
      </w:pPr>
      <w:r>
        <w:rPr>
          <w:rFonts w:ascii="Times New Roman" w:hAnsi="Times New Roman" w:eastAsia="Times New Roman" w:cs="Times New Roman"/>
          <w:b w:val="0"/>
          <w:sz w:val="24"/>
        </w:rPr>
        <w:t>8.3.</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Amendment.</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This Agreement may be amended or modified only by a written instrument executed by Member and the Company.</w:t>
      </w:r>
    </w:p>
    <w:p>
      <w:pPr>
        <w:keepNext w:val="0"/>
        <w:spacing w:before="120" w:after="0" w:line="260" w:lineRule="exact"/>
        <w:ind w:left="1440" w:right="0" w:firstLine="0"/>
        <w:jc w:val="left"/>
      </w:pPr>
      <w:r>
        <w:rPr>
          <w:rFonts w:ascii="Times New Roman" w:hAnsi="Times New Roman" w:eastAsia="Times New Roman" w:cs="Times New Roman"/>
          <w:b w:val="0"/>
          <w:sz w:val="24"/>
        </w:rPr>
        <w:t>8.4.</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Binding Effect.</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Subject to the restrictions on transfers set forth in this Agreement, this Agreement is binding on and inure to the benefit of the Member and his or her heirs, legal representatives, successors, and assigns.</w:t>
      </w:r>
    </w:p>
    <w:p>
      <w:pPr>
        <w:keepNext w:val="0"/>
        <w:spacing w:before="120" w:after="0" w:line="260" w:lineRule="exact"/>
        <w:ind w:left="1440" w:right="0" w:firstLine="0"/>
        <w:jc w:val="left"/>
      </w:pPr>
      <w:r>
        <w:rPr>
          <w:rFonts w:ascii="Times New Roman" w:hAnsi="Times New Roman" w:eastAsia="Times New Roman" w:cs="Times New Roman"/>
          <w:b w:val="0"/>
          <w:sz w:val="24"/>
        </w:rPr>
        <w:t>8.5.</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Severability.</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If any provision of this Agreement or the application thereof to any person or circumstance is held invalid or unenforceable to any extent, the remainder of this Agreement and the application of that provision to other persons or circumstances is not affected thereby and that provision shall be enforced to the greatest extent permitted by law.</w:t>
      </w:r>
    </w:p>
    <w:p>
      <w:pPr>
        <w:keepNext w:val="0"/>
        <w:spacing w:before="120" w:after="0" w:line="260" w:lineRule="exact"/>
        <w:ind w:left="1440" w:right="0" w:firstLine="0"/>
        <w:jc w:val="left"/>
      </w:pPr>
      <w:r>
        <w:rPr>
          <w:rFonts w:ascii="Times New Roman" w:hAnsi="Times New Roman" w:eastAsia="Times New Roman" w:cs="Times New Roman"/>
          <w:b w:val="0"/>
          <w:sz w:val="24"/>
        </w:rPr>
        <w:t>8.6.</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Further Assurances.</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In connection with this Agreement and the transactions contemplated hereby, each Member shall execute and deliver any additional documents and instruments and perform any additional acts that may be necessary or appropriate to effectuate and perform the provisions of this Agreement and those transactions.</w:t>
      </w:r>
    </w:p>
    <w:p>
      <w:pPr>
        <w:keepNext w:val="0"/>
        <w:spacing w:before="120" w:after="0" w:line="260" w:lineRule="exact"/>
        <w:ind w:left="1440" w:right="0" w:firstLine="0"/>
        <w:jc w:val="left"/>
      </w:pPr>
      <w:r>
        <w:rPr>
          <w:rFonts w:ascii="Times New Roman" w:hAnsi="Times New Roman" w:eastAsia="Times New Roman" w:cs="Times New Roman"/>
          <w:b w:val="0"/>
          <w:sz w:val="24"/>
        </w:rPr>
        <w:t>8.7.</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Counterparts.</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This Agreement may be executed in any number of counterparts with the same effect as if all signing parties had signed the same instrument.</w:t>
      </w:r>
    </w:p>
    <w:p>
      <w:pPr>
        <w:keepNext w:val="0"/>
        <w:spacing w:before="120" w:after="0" w:line="260" w:lineRule="exact"/>
        <w:ind w:left="1440" w:right="0" w:firstLine="0"/>
        <w:jc w:val="left"/>
      </w:pPr>
      <w:r>
        <w:rPr>
          <w:rFonts w:ascii="Times New Roman" w:hAnsi="Times New Roman" w:eastAsia="Times New Roman" w:cs="Times New Roman"/>
          <w:b w:val="0"/>
          <w:sz w:val="24"/>
        </w:rPr>
        <w:t>8.8.</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Governing Law.</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THIS AGREEMENT IS GOVERNED BY AND SHALL BE CONSTRUED IN ACCORDANCE WITH THE LAW OF THE STATE OF TEXAS, EXCLUDING ANY CONFLICT-OF-LAWS RULE OR PRINCIPLE THAT MIGHT REFER THE GOVERNANCE OR THE CONSTRUCTION OF THIS AGREEMENT TO THE LAW OF ANOTHER JURISDICTION.</w:t>
      </w:r>
    </w:p>
    <w:p>
      <w:pPr>
        <w:keepNext w:val="0"/>
        <w:spacing w:before="120" w:after="0" w:line="260" w:lineRule="exact"/>
        <w:ind w:left="1440" w:right="0" w:firstLine="0"/>
        <w:jc w:val="left"/>
      </w:pPr>
      <w:r>
        <w:rPr>
          <w:rFonts w:ascii="Times New Roman" w:hAnsi="Times New Roman" w:eastAsia="Times New Roman" w:cs="Times New Roman"/>
          <w:b w:val="0"/>
          <w:sz w:val="24"/>
        </w:rPr>
        <w:t>8.9.</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Venue.</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parties to this Agreement hereby agree that the courts of [County], Texas shall have exclusive jurisdiction for any and all disputes arising out of this agreement or any other subsequent agreement properly made a part hereof. The parties further agree to waive all questions of personal jurisdiction or venue for the purposes of carrying out this provision.</w:t>
      </w:r>
    </w:p>
    <w:p>
      <w:pPr>
        <w:keepNext w:val="0"/>
        <w:spacing w:before="120" w:after="0" w:line="260" w:lineRule="exact"/>
        <w:ind w:left="1440" w:right="0" w:firstLine="0"/>
        <w:jc w:val="left"/>
      </w:pPr>
      <w:r>
        <w:rPr>
          <w:rFonts w:ascii="Times New Roman" w:hAnsi="Times New Roman" w:eastAsia="Times New Roman" w:cs="Times New Roman"/>
          <w:b w:val="0"/>
          <w:sz w:val="24"/>
        </w:rPr>
        <w:t>8.10.</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Jury Waiver.</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PARTIES TO THIS AGREEMENT HEREBY AGREE THAT THEY SHALL AND HEREBY DO WAIVE TRIAL BY JURY IN ANY ACTION, PROCEEDING OR COUNTERCLAIM, WHETHER AT LAW OR AT EQUITY, BROUGHT BY ANY OF THEM, OR IN ANY MATTER WHATSOEVER WHICH ARISES OUT OF OR IS CONNECTED IN ANY WAY WITH THIS AGREEMENT OR ITS PERFORMANCE OR ANY OTHER SUBSEQUENT AGREEMENT PROPERLY MADE A PART HEREOF OR ITS PERFORMANCE.</w:t>
      </w:r>
    </w:p>
    <w:p>
      <w:pPr/>
    </w:p>
    <w:p>
      <w:pPr>
        <w:keepNext w:val="0"/>
        <w:spacing w:before="200" w:after="0" w:line="260" w:lineRule="exact"/>
        <w:ind w:left="360" w:right="0" w:firstLine="0"/>
        <w:jc w:val="both"/>
      </w:pPr>
      <w:r>
        <w:rPr>
          <w:rFonts w:ascii="Times New Roman" w:hAnsi="Times New Roman" w:eastAsia="Times New Roman" w:cs="Times New Roman"/>
          <w:b w:val="0"/>
          <w:sz w:val="24"/>
        </w:rPr>
        <w:t>IN WITNESS HEREOF, the Member has adopted and executed this Company Agreement to be effective as of the Effective Date set forth above.</w:t>
      </w:r>
    </w:p>
    <w:p>
      <w:pPr>
        <w:keepNext w:val="0"/>
        <w:spacing w:before="120" w:after="0" w:line="260" w:lineRule="exact"/>
        <w:ind w:left="360" w:right="0" w:firstLine="0"/>
        <w:jc w:val="left"/>
      </w:pPr>
      <w:r>
        <w:rPr>
          <w:rFonts w:ascii="Times New Roman" w:hAnsi="Times New Roman" w:eastAsia="Times New Roman" w:cs="Times New Roman"/>
          <w:b/>
          <w:sz w:val="24"/>
        </w:rPr>
        <w:t>MEMBER:</w:t>
      </w:r>
    </w:p>
    <w:p>
      <w:pPr>
        <w:keepNext w:val="0"/>
        <w:spacing w:before="120" w:after="0" w:line="260" w:lineRule="exact"/>
        <w:ind w:left="360" w:right="0" w:firstLine="0"/>
        <w:jc w:val="left"/>
      </w:pPr>
      <w:r>
        <w:rPr>
          <w:rFonts w:ascii="Times New Roman" w:hAnsi="Times New Roman" w:eastAsia="Times New Roman" w:cs="Times New Roman"/>
          <w:b w:val="0"/>
          <w:sz w:val="24"/>
        </w:rPr>
        <w:t>[Signature of Member]</w:t>
      </w:r>
    </w:p>
    <w:p>
      <w:pPr>
        <w:keepNext w:val="0"/>
        <w:spacing w:before="120" w:after="0" w:line="260" w:lineRule="exact"/>
        <w:ind w:left="360" w:right="0" w:firstLine="0"/>
        <w:jc w:val="left"/>
      </w:pPr>
      <w:r>
        <w:rPr>
          <w:rFonts w:ascii="Times New Roman" w:hAnsi="Times New Roman" w:eastAsia="Times New Roman" w:cs="Times New Roman"/>
          <w:b w:val="0"/>
          <w:sz w:val="24"/>
        </w:rPr>
        <w:t>[Name of Member]</w:t>
      </w:r>
    </w:p>
    <w:p>
      <w:pPr>
        <w:keepNext w:val="0"/>
        <w:spacing w:before="120" w:after="0" w:line="260" w:lineRule="exact"/>
        <w:ind w:left="360" w:right="0" w:firstLine="0"/>
        <w:jc w:val="left"/>
      </w:pPr>
      <w:r>
        <w:rPr>
          <w:rFonts w:ascii="Times New Roman" w:hAnsi="Times New Roman" w:eastAsia="Times New Roman" w:cs="Times New Roman"/>
          <w:b w:val="0"/>
          <w:sz w:val="24"/>
        </w:rPr>
        <w:t>[Date]</w:t>
      </w:r>
    </w:p>
    <w:p>
      <w:pPr/>
    </w:p>
    <w:p>
      <w:pPr>
        <w:keepNext w:val="0"/>
        <w:spacing w:before="120" w:after="0" w:line="260" w:lineRule="exact"/>
        <w:ind w:left="360" w:right="0" w:firstLine="0"/>
        <w:jc w:val="left"/>
      </w:pPr>
      <w:r>
        <w:rPr>
          <w:rFonts w:ascii="Times New Roman" w:hAnsi="Times New Roman" w:eastAsia="Times New Roman" w:cs="Times New Roman"/>
          <w:b w:val="0"/>
          <w:sz w:val="24"/>
        </w:rPr>
        <w:t>EXHIBIT A</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