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Complaint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COMPLAINT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PRELIMINARY STATEMENT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Now comes the Plaintiff in the above-entitled action and says as follows: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Plaintiff, [plaintiff's name], brings this Complaint against the Defendant, [defendant's name] for [general description of claim, such as breach of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performance contract]. Plaintiff seeks [relief sought, such as, damages, litigation costs, request for attorney's fees].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JURISDICTION AND VENUE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[court name] has subject matter jurisdiction of this matter pursuant to [citation to source of jurisdiction].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Defendant is subject to the jurisdiction of the court by reason of the Defendant's [facts subjecting the defendant to jurisdiction].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[Court name] is the proper venue for this action because [facts establishing that venue is proper].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THE PARTIES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Plaintiff, [plaintiff's name],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resident of [plaintiff's street address, city, and state].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Defendant, [defendant's name], has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usual place of business at [defendant's street address, city, and state].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[Additional paragraphs identifying other defendants, if any]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THE FACTS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short and plain recital of the key facts that underpin your claims for relief and refer to exhibits (if any) where appropriate].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COUNTS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COUNT I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[Type of claim, e.g., BREACH OF CONTRACT]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8.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 incorporates by reference the allegations set forth in paragraphs [paragraph numbers], above, as if more fully set forth herein.</w:t>
      </w:r>
    </w:p>
    <w:p>
      <w:pPr>
        <w:keepNext w:val="0"/>
        <w:spacing w:before="120" w:after="0" w:line="260" w:lineRule="exact"/>
        <w:ind w:left="180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9.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[In one or more continuing, sequentially numbered paragraphs, allege additional facts establishing elements of claim, including resulting damages].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PRAYER FOR RELIEF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WHEREFORE, Plaintiff(s) request(s) that the Court enter judgment against Defendant(s) granting Plaintiff(s) the following relief:</w:t>
      </w:r>
    </w:p>
    <w:p>
      <w:pPr>
        <w:keepNext w:val="0"/>
        <w:spacing w:before="120" w:after="0" w:line="260" w:lineRule="exact"/>
        <w:ind w:left="21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.</w:t>
      </w:r>
    </w:p>
    <w:p>
      <w:pPr>
        <w:keepNext w:val="0"/>
        <w:spacing w:before="200" w:after="0" w:line="260" w:lineRule="exact"/>
        <w:ind w:left="21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entry of judgment in favor of the Plaintiff(s) on Count I;</w:t>
      </w:r>
    </w:p>
    <w:p>
      <w:pPr>
        <w:keepNext w:val="0"/>
        <w:spacing w:before="120" w:after="0" w:line="260" w:lineRule="exact"/>
        <w:ind w:left="21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B.</w:t>
      </w:r>
    </w:p>
    <w:p>
      <w:pPr>
        <w:keepNext w:val="0"/>
        <w:spacing w:before="200" w:after="0" w:line="260" w:lineRule="exact"/>
        <w:ind w:left="21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award of [equitable relief/compensatory and economic damages];</w:t>
      </w:r>
    </w:p>
    <w:p>
      <w:pPr>
        <w:keepNext w:val="0"/>
        <w:spacing w:before="120" w:after="0" w:line="260" w:lineRule="exact"/>
        <w:ind w:left="21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C.</w:t>
      </w:r>
    </w:p>
    <w:p>
      <w:pPr>
        <w:keepNext w:val="0"/>
        <w:spacing w:before="200" w:after="0" w:line="260" w:lineRule="exact"/>
        <w:ind w:left="21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award of punitive damages;</w:t>
      </w:r>
    </w:p>
    <w:p>
      <w:pPr>
        <w:keepNext w:val="0"/>
        <w:spacing w:before="120" w:after="0" w:line="260" w:lineRule="exact"/>
        <w:ind w:left="21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D.</w:t>
      </w:r>
    </w:p>
    <w:p>
      <w:pPr>
        <w:keepNext w:val="0"/>
        <w:spacing w:before="200" w:after="0" w:line="260" w:lineRule="exact"/>
        <w:ind w:left="21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award of costs of the suit, interest, and attorney's fees; and</w:t>
      </w:r>
    </w:p>
    <w:p>
      <w:pPr>
        <w:keepNext w:val="0"/>
        <w:spacing w:before="120" w:after="0" w:line="260" w:lineRule="exact"/>
        <w:ind w:left="21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E.</w:t>
      </w:r>
    </w:p>
    <w:p>
      <w:pPr>
        <w:keepNext w:val="0"/>
        <w:spacing w:before="200" w:after="0" w:line="260" w:lineRule="exact"/>
        <w:ind w:left="21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Such other relief as the Court deems just and proper.</w:t>
      </w:r>
    </w:p>
    <w:p>
      <w:pPr>
        <w:keepNext w:val="0"/>
        <w:spacing w:before="200" w:after="0" w:line="260" w:lineRule="exact"/>
        <w:ind w:left="21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[Additional counts setting forth additional claims and prayers for relief, as appropriate]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DEMAND FOR JURY TRIAL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Plaintiff claims and demands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jury trial in any court in which this action is tried.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_______________________________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Florida Bar No. [number]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applicable]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[Phone number]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[Facsimile number]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Plaintiff [Plaintiff name]</w:t>
      </w:r>
    </w:p>
    <w:p>
      <w:pPr/>
    </w:p>
    <w:p>
      <w:pPr>
        <w:keepNext w:val="0"/>
        <w:spacing w:before="200" w:after="0" w:line="260" w:lineRule="exact"/>
        <w:ind w:left="72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EXHIBITS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