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[NAME OF COURT] COURT OF [NAME OF COUNTY] COUNTY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STATE OF GEORGIA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NOW COMES PLAINTIFF [NAME] ("plaintiff") and makes and files this Complaint against defendant [NAME] ("defendant")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resident of [county name] County, Georgia and is subject to the jurisdiction of this Court. Venue is proper in this Court. Defendant may be served by delivering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Summons and Complaint to him at [full address], Georgia.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[Describe facts and claims in separate paragraphs.]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plaintiff prays for the following relief: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the Court enter judgment in favor of plaintiff against defendant in the amount of $[amount];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all costs of this action be assessed against defendant; and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plaintiff have such other and further relief as is just and proper.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[date] day of [month], 20[year].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/S/_________________________________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Plaintiff [party's name]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VERIFICATION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OF GEORGIA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__________________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PERSONALLY APPEARED before me,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officer duly authorized by law to administer oaths, [party's name], who after first being duly sworn, states that the facts contained in the within and foregoing Complaint are true and correct [except as to the statements made on information and belief, which statements he/she believes to be true and correct].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/S/_________________________________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[Party's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Sworn to and subscribed before me this [_______] day of [_______________________], [_______].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Notary Public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My commission expires:</w:t>
      </w:r>
    </w:p>
    <w:p>
      <w:pPr>
        <w:keepNext w:val="0"/>
        <w:spacing w:before="6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</w:t>
      </w:r>
    </w:p>
    <w:p>
      <w:pPr>
        <w:keepNext w:val="0"/>
        <w:spacing w:before="6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[NOTARIAL SEAL]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