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Complaint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 w:val="0"/>
          <w:sz w:val="24"/>
        </w:rPr>
        <w:t>COMMONWEALTH OF MASSACHUSETTS</w:t>
      </w:r>
    </w:p>
    <w:p>
      <w:pPr>
        <w:keepNext w:val="0"/>
        <w:spacing w:before="200" w:after="0" w:line="260" w:lineRule="exact"/>
        <w:ind w:left="72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COMPLAINT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The Parties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Now comes the Plaintiff in the above-entitled action and says as follows: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Plaintiff, [plaintiff’s name], is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resident of [plaintiff’s street address, city, and state].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Defendant, [defendant’s name], has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usual place of business at [defendant’s street address, city, and state].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Jurisdiction and Venue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3.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[county name] Superior Court has subject matter jurisdiction of this matter pursuant to [citation to source of jurisdiction].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4.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Defendant is subject to the jurisdiction of the Court by reason of the Defendant’s [facts subjecting the defendant to jurisdiction].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5.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[County name] Superior Court is the proper venue for this action because [facts establishing that venue is proper].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The Facts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6.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[First paragraph alleging specific facts].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Count I: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[Name the cause of action]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7.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Plaintiff says that [specific allegations of fact underlying the cause of action in this count].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Prayer for Relief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WHEREFORE, the Plaintiff claims damages and demands judgment against the Defendant, with interest and costs.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Demand for Jury Trial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The Plaintiff claims and demands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jury trial in any court in which this action is tried.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Verification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I, [name of person verifying complaint], declare as follows: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I am the Plaintiff in this case.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I have personal knowledge of [describe the facts that the verifier has knowledge of].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3.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I verify under the pains and penalties of perjury that the factual statements in this Complaint are true.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Signed: [date signed by verifier]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person verifying complaint]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Date: [date prepared]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The Plaintiff, by [his/her/its] attorney,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[Your 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BBO No. [your Board of Bar Overseers number]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[Your firm 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[Your street address]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[Your city, state and zip]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Tel. [your phone]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Email: [your email address]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