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Complaint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STATE OF MICHIGAN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[county name] COUNTY CIRCUIT COURT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There is no other pending or resolved action arising out of the transaction or occurrence alleged in the complaint.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COMPLAINT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 [plaintiff name] alleges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PARTIES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[name]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residing in [city, state] and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citizen of the state of [state]. [other applicable facts about the plaintiff].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[name]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residing in [city, state] and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citizen of the state of [state]. [other applicable facts about the defendant].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JURISDICTION AND VENUE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is, and at all times herein mentioned was, [specify domicile or other facts relevant to jurisdiction and venue (e.g.,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resident of [county name] County, Michigan)].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is, and at all times herein mentioned was, [specify domicile or other facts relevant to jurisdiction and venue (e.g.,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incorporated under the laws of [jurisdiction of incorporation], with its principal place of business in [county name] County, Michigan)].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[Specify the reason the court has jurisdiction (e.g., The amount in controversy exceeds $25,000)], and jurisdiction and venue are proper before this Court.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STATEMENT OF FACTS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facts material to claims asserted below].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IV.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CLAIMS FOR RELIEF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FIRST COUNT</w:t>
      </w:r>
    </w:p>
    <w:p>
      <w:pPr>
        <w:keepNext w:val="0"/>
        <w:spacing w:before="200" w:after="0" w:line="260" w:lineRule="exact"/>
        <w:ind w:left="144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[count (e.g., Negligence)]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incorporates by reference the above paragraphs of this Complaint as though fully set forth herein.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specific facts to establish elements of claim, including resulting damages (e.g., "As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of the acts of Defendant specified in paragraphs [numbers], Plaintiff has suffered bodily injuries and incurred damages, including medical expenses, lost wages, and physical pain and suffering, and will continue to incur such damages in the future."].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Plaintiff requests judgment against Defendant as set forth below.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SECOND COUNT</w:t>
      </w:r>
    </w:p>
    <w:p>
      <w:pPr>
        <w:keepNext w:val="0"/>
        <w:spacing w:before="200" w:after="0" w:line="260" w:lineRule="exact"/>
        <w:ind w:left="144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[count (e.g., Battery)]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incorporates by reference the above paragraphs of this Complaint as though fully set forth herein.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specific facts to establish elements of claim, including resulting damages].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V.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PRAYER FOR RELIEF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Plaintiff requests judgment against Defendant as follows: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[Specify type of relief requested (e.g., For compensatory damages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amount to be determined)];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[Specify additional relief requested (e.g., For reasonable attorney's fees incurred by Plaintiff in bringing this action)];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[one or more additional paragraphs specifying other relief requested, as appropriate]; and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such other and further relief as the court may deem just and appropriate.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Plaintiff [party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