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Complaint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SUPREME COURT OF THE STATE OF NEW YORK </w:t>
      </w:r>
    </w:p>
    <w:p>
      <w:pPr>
        <w:keepNext w:val="0"/>
        <w:spacing w:before="60" w:after="0" w:line="260" w:lineRule="exact"/>
        <w:ind w:left="360" w:right="0" w:firstLine="0"/>
        <w:jc w:val="both"/>
      </w:pPr>
      <w:r>
        <w:rPr>
          <w:rFonts w:ascii="Times New Roman" w:hAnsi="Times New Roman" w:eastAsia="Times New Roman" w:cs="Times New Roman"/>
          <w:b w:val="0"/>
          <w:sz w:val="24"/>
        </w:rPr>
        <w:t>COUNTY OF [County name]</w:t>
      </w:r>
    </w:p>
    <w:p>
      <w:pPr>
        <w:keepNext w:val="0"/>
        <w:spacing w:before="120" w:after="0" w:line="260" w:lineRule="exact"/>
        <w:ind w:left="360" w:right="0" w:firstLine="240"/>
        <w:jc w:val="left"/>
      </w:pPr>
      <w:r>
        <w:rPr>
          <w:rFonts w:ascii="Times New Roman" w:hAnsi="Times New Roman" w:eastAsia="Times New Roman" w:cs="Times New Roman"/>
          <w:b w:val="0"/>
          <w:sz w:val="24"/>
        </w:rPr>
        <w:t>Plaintiff [plaintiff’s name], by and through [his/her/its] attorneys, [your firm name], by way of Complaint against defendant [defendant’s name], alleges as follows:</w:t>
      </w:r>
    </w:p>
    <w:p>
      <w:pPr>
        <w:keepNext w:val="0"/>
        <w:spacing w:before="120" w:after="0" w:line="260" w:lineRule="exact"/>
        <w:ind w:left="720" w:right="0" w:firstLine="0"/>
        <w:jc w:val="left"/>
      </w:pPr>
      <w:r>
        <w:rPr>
          <w:rFonts w:ascii="Times New Roman" w:hAnsi="Times New Roman" w:eastAsia="Times New Roman" w:cs="Times New Roman"/>
          <w:b/>
          <w:sz w:val="24"/>
        </w:rPr>
        <w:t>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[plaintiff’s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residing at [plaintiff’s street address, city, and state].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Upon information and belief, defendant [defendant’s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residing at [defendant’s street address, city, and state].</w:t>
      </w:r>
    </w:p>
    <w:p>
      <w:pPr>
        <w:keepNext w:val="0"/>
        <w:spacing w:before="120" w:after="0" w:line="260" w:lineRule="exact"/>
        <w:ind w:left="72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Court has jurisdiction pursuant to [governing C.P.L.R. provision] because [describe personal jurisdiction basis].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Venue is proper in this County pursuant to [governing C.P.L.R. provision] because [describe venue basis].</w:t>
      </w:r>
    </w:p>
    <w:p>
      <w:pPr>
        <w:keepNext w:val="0"/>
        <w:spacing w:before="120" w:after="0" w:line="260" w:lineRule="exact"/>
        <w:ind w:left="720" w:right="0" w:firstLine="0"/>
        <w:jc w:val="left"/>
      </w:pPr>
      <w:r>
        <w:rPr>
          <w:rFonts w:ascii="Times New Roman" w:hAnsi="Times New Roman" w:eastAsia="Times New Roman" w:cs="Times New Roman"/>
          <w:b/>
          <w:sz w:val="24"/>
        </w:rPr>
        <w:t>FACTS COMMON TO ALL CAUSES OF ACTION</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[specific factual allegations underlying the plaintiff’s claims.]</w:t>
      </w:r>
    </w:p>
    <w:p>
      <w:pPr>
        <w:keepNext w:val="0"/>
        <w:spacing w:before="200" w:after="0" w:line="260" w:lineRule="exact"/>
        <w:ind w:left="720" w:right="0" w:firstLine="0"/>
        <w:jc w:val="center"/>
      </w:pPr>
      <w:r>
        <w:rPr>
          <w:rFonts w:ascii="Times New Roman" w:hAnsi="Times New Roman" w:eastAsia="Times New Roman" w:cs="Times New Roman"/>
          <w:b/>
          <w:sz w:val="24"/>
        </w:rPr>
        <w:t>COUNT ONE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([Cause of action name])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([Name of defendant against whom claim is asserted])</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repeats and restates the allegations contained in the prior paragraphs of this complaint as if set forth more fully herein.</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[specific factual allegations underlying the cause of action in this count.]</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and proximate result of defendant’s actions, plaintiff has suffered and will continue to suffer damages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proven at trial.</w:t>
      </w:r>
    </w:p>
    <w:p>
      <w:pPr/>
    </w:p>
    <w:p>
      <w:pPr>
        <w:keepNext w:val="0"/>
        <w:spacing w:before="120" w:after="0" w:line="260" w:lineRule="exact"/>
        <w:ind w:left="360" w:right="0" w:firstLine="240"/>
        <w:jc w:val="left"/>
      </w:pPr>
      <w:r>
        <w:rPr>
          <w:rFonts w:ascii="Times New Roman" w:hAnsi="Times New Roman" w:eastAsia="Times New Roman" w:cs="Times New Roman"/>
          <w:b/>
          <w:sz w:val="24"/>
        </w:rPr>
        <w:t>WHEREFORE</w:t>
      </w:r>
      <w:r>
        <w:rPr>
          <w:rFonts w:ascii="Times New Roman" w:hAnsi="Times New Roman" w:eastAsia="Times New Roman" w:cs="Times New Roman"/>
          <w:b w:val="0"/>
          <w:sz w:val="24"/>
        </w:rPr>
        <w:t>, by reason of the foregoing, plaintiff [plaintiff’s name] hereby respectfully requests the following relief:</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Compensatory damages;</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Costs of suit; and</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Such other and further relief as the court deems just and proper.</w:t>
      </w:r>
    </w:p>
    <w:p>
      <w:pPr>
        <w:keepNext w:val="0"/>
        <w:spacing w:before="200" w:after="0" w:line="260" w:lineRule="exact"/>
        <w:ind w:left="360" w:right="0" w:firstLine="0"/>
        <w:jc w:val="both"/>
      </w:pPr>
      <w:r>
        <w:rPr>
          <w:rFonts w:ascii="Times New Roman" w:hAnsi="Times New Roman" w:eastAsia="Times New Roman" w:cs="Times New Roman"/>
          <w:b w:val="0"/>
          <w:sz w:val="24"/>
        </w:rPr>
        <w:t>Dated: [city and state where signed]</w:t>
      </w:r>
    </w:p>
    <w:p>
      <w:pPr>
        <w:keepNext w:val="0"/>
        <w:spacing w:before="200" w:after="0" w:line="260" w:lineRule="exact"/>
        <w:ind w:left="360" w:right="0" w:firstLine="0"/>
        <w:jc w:val="both"/>
      </w:pPr>
      <w:r>
        <w:rPr>
          <w:rFonts w:ascii="Times New Roman" w:hAnsi="Times New Roman" w:eastAsia="Times New Roman" w:cs="Times New Roman"/>
          <w:b w:val="0"/>
          <w:sz w:val="24"/>
        </w:rPr>
        <w:t>[date signed]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[Your name]</w:t>
      </w:r>
    </w:p>
    <w:p>
      <w:pPr>
        <w:keepNext w:val="0"/>
        <w:spacing w:before="120" w:after="0" w:line="260" w:lineRule="exact"/>
        <w:ind w:left="360" w:right="0" w:firstLine="0"/>
        <w:jc w:val="left"/>
      </w:pPr>
      <w:r>
        <w:rPr>
          <w:rFonts w:ascii="Times New Roman" w:hAnsi="Times New Roman" w:eastAsia="Times New Roman" w:cs="Times New Roman"/>
          <w:b w:val="0"/>
          <w:sz w:val="24"/>
        </w:rPr>
        <w:t>[Firm 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[Firm city, state, and zip code]</w:t>
      </w:r>
    </w:p>
    <w:p>
      <w:pPr>
        <w:keepNext w:val="0"/>
        <w:spacing w:before="120" w:after="0" w:line="260" w:lineRule="exact"/>
        <w:ind w:left="360" w:right="0" w:firstLine="0"/>
        <w:jc w:val="left"/>
      </w:pPr>
      <w:r>
        <w:rPr>
          <w:rFonts w:ascii="Times New Roman" w:hAnsi="Times New Roman" w:eastAsia="Times New Roman" w:cs="Times New Roman"/>
          <w:b w:val="0"/>
          <w:sz w:val="24"/>
        </w:rPr>
        <w:t>Tel. [firm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[your business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TO: [Defendant’s name]</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and zip code]</w:t>
      </w:r>
    </w:p>
    <w:p>
      <w:pPr>
        <w:keepNext w:val="0"/>
        <w:spacing w:before="120" w:after="0" w:line="260" w:lineRule="exact"/>
        <w:ind w:left="360" w:right="0" w:firstLine="0"/>
        <w:jc w:val="left"/>
      </w:pPr>
      <w:r>
        <w:rPr>
          <w:rFonts w:ascii="Times New Roman" w:hAnsi="Times New Roman" w:eastAsia="Times New Roman" w:cs="Times New Roman"/>
          <w:b/>
          <w:sz w:val="24"/>
        </w:rPr>
        <w:t>VERIFICATION</w:t>
      </w:r>
    </w:p>
    <w:p>
      <w:pPr>
        <w:keepNext w:val="0"/>
        <w:spacing w:before="120" w:after="0" w:line="260" w:lineRule="exact"/>
        <w:ind w:left="720" w:right="0" w:firstLine="240"/>
        <w:jc w:val="left"/>
      </w:pPr>
      <w:r>
        <w:rPr>
          <w:rFonts w:ascii="Times New Roman" w:hAnsi="Times New Roman" w:eastAsia="Times New Roman" w:cs="Times New Roman"/>
          <w:b w:val="0"/>
          <w:sz w:val="24"/>
        </w:rPr>
        <w:t>I, [name of person verifying the complaint], being duly sworn, deposes and says: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 am [party designation or person with knowledge description] in the within action.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 have reviewed the contents of this complaint and verify that the statements contained herein are true to the best of my knowledge, except as to matters alleged on information and belief, and as to those matters, I believe them to be true.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 am aware that if any of the statements contained in the complaint are willfully false, I am subject to punishment.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person verifying the complaint]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Sworn to before me this </w:t>
      </w:r>
    </w:p>
    <w:p>
      <w:pPr>
        <w:keepNext w:val="0"/>
        <w:spacing w:before="60" w:after="0" w:line="260" w:lineRule="exact"/>
        <w:ind w:left="360" w:right="0" w:firstLine="0"/>
        <w:jc w:val="both"/>
      </w:pPr>
      <w:r>
        <w:rPr>
          <w:rFonts w:ascii="Times New Roman" w:hAnsi="Times New Roman" w:eastAsia="Times New Roman" w:cs="Times New Roman"/>
          <w:b w:val="0"/>
          <w:sz w:val="24"/>
        </w:rPr>
        <w:t>[day]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