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Alleging Failure to Pay Minimum Wage and Overtime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U.S.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[REGION, IF ANY]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[STATE]</w:t>
      </w:r>
    </w:p>
    <w:p>
      <w:pPr>
        <w:keepNext w:val="0"/>
        <w:spacing w:before="120" w:after="0" w:line="260" w:lineRule="exact"/>
        <w:ind w:left="360" w:right="0" w:firstLine="0"/>
        <w:jc w:val="left"/>
      </w:pPr>
      <w:r>
        <w:rPr>
          <w:rFonts w:ascii="Times New Roman" w:hAnsi="Times New Roman" w:eastAsia="Times New Roman" w:cs="Times New Roman"/>
          <w:b/>
          <w:sz w:val="24"/>
        </w:rPr>
        <w:t>CLASS AND COLLECTIVE ACTION COMPLAINT</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seeking payment of wages, including but not limited to unpaid minimum and overtime wages, which are due to [plaintiffs’ names] (hereinafter "Plaintiffs") and other similarly situated workers under federal and [state] law.</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relevant to this litigation, the Plaintiffs and those similarly situated have worked for Defendants [defendants' names] (hereinafter "Defendants") as [job title(s)].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have failed to pay compensation owed to the Plaintiffs and those similarly situated, in violation of the Fair Labor Standards Act ("FLSA"), 29 U.S.C. § 201, et. seq., and [state statutes].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have failed to pay the federal minimum wage owed to the Plaintiffs and those similarly situated under the FLSA, in violation of 29 U.S.C. § 206(</w:t>
      </w:r>
      <w:r>
        <w:rPr>
          <w:rFonts w:ascii="Times New Roman" w:hAnsi="Times New Roman" w:eastAsia="Times New Roman" w:cs="Times New Roman"/>
          <w:b/>
          <w:sz w:val="24"/>
        </w:rPr>
        <w:t>a</w:t>
      </w:r>
      <w:r>
        <w:rPr>
          <w:rFonts w:ascii="Times New Roman" w:hAnsi="Times New Roman" w:eastAsia="Times New Roman" w:cs="Times New Roman"/>
          <w:b w:val="0"/>
          <w:sz w:val="24"/>
        </w:rPr>
        <w:t>)(1)(C).</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have failed to pay the minimum wage owed to the Plaintiffs and those similarly situated under the laws of [state], in violation of [citation to state minimum wage statute's relevant section].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have failed to pay overtime compensation owed to the Plaintiffs and those similarly situated for hours worked in excess of 40 per workweek, in violation of 29 U.S.C. § 207 and [relevant state statutes].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putative Class is comprised of all persons who are or were employed by Defendants as [job title(s)] at any time within the past [number] years prior to the filing date of this action.</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original jurisdiction over this action pursuant to 29 U.S.C. § 216(b) and 28 U.S.C. § 1331. The Court has supplemental jurisdiction over the state law claims pursuant to 28 U.S.C. § 1367.</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Venue is proper in the United States District Court for the [Region, if any] District of [State] pursuant to 28 U.S.C. § 1391(b)(2)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or omissions giving rise to the claims occurred in this district.</w:t>
      </w:r>
    </w:p>
    <w:p>
      <w:pPr>
        <w:keepNext w:val="0"/>
        <w:spacing w:before="120" w:after="0" w:line="260" w:lineRule="exact"/>
        <w:ind w:left="720" w:right="0" w:firstLine="0"/>
        <w:jc w:val="left"/>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[plaintiff's full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[City, State]. [He/She] has worked for the Defendants [employer names] since on or around [date of hire]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Paragraph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for every named plaintiff.]</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[defendant #1's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in the state of [state]. [Defendant #1's name] does business within the state of [state in which action is being brought].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#1's name] is [describe the business and industry of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#1's name] [describe defendant #1's relationship to the principal defendant/employer and its role in the plaintiffs' claims].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paragraphs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for each additional defendant.]</w:t>
      </w:r>
    </w:p>
    <w:p>
      <w:pPr>
        <w:keepNext w:val="0"/>
        <w:spacing w:before="120" w:after="0" w:line="260" w:lineRule="exact"/>
        <w:ind w:left="720" w:right="0" w:firstLine="0"/>
        <w:jc w:val="left"/>
      </w:pPr>
      <w:r>
        <w:rPr>
          <w:rFonts w:ascii="Times New Roman" w:hAnsi="Times New Roman" w:eastAsia="Times New Roman" w:cs="Times New Roman"/>
          <w:b/>
          <w:sz w:val="24"/>
        </w:rPr>
        <w:t>FACTUAL ALLEGATIONS – PLAINTIFF [PLAINTIFF #1'S FULL NAME]</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began working for [Defendant] on or about [date].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job title [is/was] [job title].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[His/Her] job duties [are/were]: [details of job duties].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rate of pay [is/was] $[amount] per hour.</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in detail how and when the defendant(s) failed to pay this plaintiff the applicable minimum wage. Add paragraphs as necessary.]</w:t>
      </w:r>
    </w:p>
    <w:p>
      <w:pPr>
        <w:keepNext w:val="0"/>
        <w:spacing w:before="120" w:after="0" w:line="260" w:lineRule="exact"/>
        <w:ind w:left="720" w:right="0" w:firstLine="0"/>
        <w:jc w:val="left"/>
      </w:pPr>
      <w:r>
        <w:rPr>
          <w:rFonts w:ascii="Times New Roman" w:hAnsi="Times New Roman" w:eastAsia="Times New Roman" w:cs="Times New Roman"/>
          <w:b/>
          <w:sz w:val="24"/>
        </w:rPr>
        <w:t>FACTUAL ALLEGATIONS – PLAINTIFF [PLAINTIFF #2'S FULL NAME]</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[Repeat paragraphs </w:t>
      </w:r>
      <w:r>
        <w:rPr>
          <w:rFonts w:ascii="Times New Roman" w:hAnsi="Times New Roman" w:eastAsia="Times New Roman" w:cs="Times New Roman"/>
          <w:b w:val="0"/>
          <w:sz w:val="24"/>
        </w:rPr>
        <w:t>16.</w:t>
      </w:r>
      <w:r>
        <w:rPr>
          <w:rFonts w:ascii="Times New Roman" w:hAnsi="Times New Roman" w:eastAsia="Times New Roman" w:cs="Times New Roman"/>
          <w:b w:val="0"/>
          <w:sz w:val="24"/>
        </w:rPr>
        <w:t>-</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above for each individual plaintiff.]</w:t>
      </w:r>
    </w:p>
    <w:p>
      <w:pPr>
        <w:keepNext w:val="0"/>
        <w:spacing w:before="120" w:after="0" w:line="260" w:lineRule="exact"/>
        <w:ind w:left="720" w:right="0" w:firstLine="0"/>
        <w:jc w:val="left"/>
      </w:pPr>
      <w:r>
        <w:rPr>
          <w:rFonts w:ascii="Times New Roman" w:hAnsi="Times New Roman" w:eastAsia="Times New Roman" w:cs="Times New Roman"/>
          <w:b/>
          <w:sz w:val="24"/>
        </w:rPr>
        <w:t>FLSA COLLECTIVE ACTION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bring this action individually and on behalf of all other individuals similarly situated pursuant to Section 16(b) of the FLSA, 29 U.S.C. § 216(b). Plaintiffs and the similarly situated individuals were employed by Defendants within the meaning of the FLSA, as [job title(s)]. The proposed collective is defined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All persons who worked for Defendants as [job title(s)] or in other positions with similar job titles and/or duties at any time within three years prior to the commencement of this action ("Collective"), and who were not paid all wages earned for hours worked.</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have consented in writing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action pursuant to 29 U.S.C. § 216(b) and their consent forms are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this case proceeds, it is expected that additional individuals will file consent forms and join as opt-in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failure to pay Plaintiffs and the Collective members the minimum wage and overtime premiums results from generally applicable policies and practices of Defendants, and does not depend on the personal circumstances of individual Plaintiffs or Collective members.</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estimate the size of the Collective to be at least [number of members]. The precise size of the Collective can be ascertained from records of the Defendants.</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failed to pay the Plaintiffs and the Collective the minimum wage and overtime premiums.</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widespread, repetitious, and consistent.</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conduct was willful and in bad faith.</w:t>
      </w:r>
    </w:p>
    <w:p>
      <w:pPr>
        <w:keepNext w:val="0"/>
        <w:spacing w:before="120" w:after="0" w:line="260" w:lineRule="exact"/>
        <w:ind w:left="720" w:right="0" w:firstLine="0"/>
        <w:jc w:val="left"/>
      </w:pPr>
      <w:r>
        <w:rPr>
          <w:rFonts w:ascii="Times New Roman" w:hAnsi="Times New Roman" w:eastAsia="Times New Roman" w:cs="Times New Roman"/>
          <w:b/>
          <w:sz w:val="24"/>
        </w:rPr>
        <w:t>CLASS ACTION ALLEGATIONS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bring their claims under the [state wage and hour law(s)]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pursuant to Federal Rule of Civil Procedure 23 on behalf of all similarly situated individuals who are current and former employees of Defendants since [date].</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Rule 23 Class is defined as:</w:t>
      </w:r>
    </w:p>
    <w:p>
      <w:pPr>
        <w:keepNext w:val="0"/>
        <w:spacing w:before="200" w:after="0" w:line="260" w:lineRule="exact"/>
        <w:ind w:left="1440" w:right="0" w:firstLine="0"/>
        <w:jc w:val="both"/>
      </w:pPr>
      <w:r>
        <w:rPr>
          <w:rFonts w:ascii="Times New Roman" w:hAnsi="Times New Roman" w:eastAsia="Times New Roman" w:cs="Times New Roman"/>
          <w:b w:val="0"/>
          <w:sz w:val="24"/>
        </w:rPr>
        <w:t>All persons who worked for Defendant as [job title(s)] or in other positions with similar job titles and/or duties at any time within [number of years corresponding to state wage and hour law statute of limitations] prior to the commencement of this action (the "Class").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individuals in the proposed Class are so numerous that joinder of all members is impracticable. While the precise number of class members has not been determined at this time, upon information and belief, Defendant has employed [approximately/at least/more than] [number] individuals as [job title(s)] during the class period.</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are questions of law and fact common to the proposed Class,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Defendants failed and/or refused to pay minimum wages and overtime premiums to the proposed Class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these failures or refusals violated [state law provision]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these actions violated [statutory provision(s) you are alleging was/were violated]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to measure damages sustained by the members of the proposed Class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questions of law or fact common to all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claims are typical of those of the proposed Class.</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will fairly and adequately represent the interests of the Class and have retained counsel highly experienced in wage and hour and class action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questions of law and fact common to the Class predominate over any questions solely affecting individual members of the proposed Class.</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action is superior to other methods for fairly and efficiently adjudicating this dispute.</w:t>
      </w:r>
    </w:p>
    <w:p>
      <w:pPr>
        <w:keepNext w:val="0"/>
        <w:spacing w:before="120" w:after="0" w:line="260" w:lineRule="exact"/>
        <w:ind w:left="720" w:right="0" w:firstLine="0"/>
        <w:jc w:val="left"/>
      </w:pPr>
      <w:r>
        <w:rPr>
          <w:rFonts w:ascii="Times New Roman" w:hAnsi="Times New Roman" w:eastAsia="Times New Roman" w:cs="Times New Roman"/>
          <w:b/>
          <w:sz w:val="24"/>
        </w:rPr>
        <w:t>COUNT I</w:t>
      </w:r>
      <w:r>
        <w:rPr>
          <w:rFonts w:ascii="Times New Roman" w:hAnsi="Times New Roman" w:eastAsia="Times New Roman" w:cs="Times New Roman"/>
          <w:sz w:val="24"/>
        </w:rPr>
        <w:br/>
      </w:r>
      <w:r>
        <w:rPr>
          <w:rFonts w:ascii="Times New Roman" w:hAnsi="Times New Roman" w:eastAsia="Times New Roman" w:cs="Times New Roman"/>
          <w:b/>
          <w:sz w:val="24"/>
        </w:rPr>
        <w:t>Violation of the FLSA –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date, Defendants have not paid the Plaintiffs and those similarly situated the FLSA minimum wage within the period between [date] and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workweeks within the period between [date] and the present, Defendants paid Plaintiffs and those similarly situated less than the minimum hourly wage of $7.25 per hour required under 29 U.S.C. § 206(</w:t>
      </w:r>
      <w:r>
        <w:rPr>
          <w:rFonts w:ascii="Times New Roman" w:hAnsi="Times New Roman" w:eastAsia="Times New Roman" w:cs="Times New Roman"/>
          <w:b/>
          <w:sz w:val="24"/>
        </w:rPr>
        <w:t>a</w:t>
      </w:r>
      <w:r>
        <w:rPr>
          <w:rFonts w:ascii="Times New Roman" w:hAnsi="Times New Roman" w:eastAsia="Times New Roman" w:cs="Times New Roman"/>
          <w:b w:val="0"/>
          <w:sz w:val="24"/>
        </w:rPr>
        <w:t>)(1) because [include details about what acts or practices resulted in the Plaintiffs being paid less than the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acted willfully or with reckless disregard as to their obligation to pay workers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hourly wage, and, accordingly, the violation was willful for purposes of the Fair Labor Standards Act, 29 U.S.C. §§ 255(</w:t>
      </w:r>
      <w:r>
        <w:rPr>
          <w:rFonts w:ascii="Times New Roman" w:hAnsi="Times New Roman" w:eastAsia="Times New Roman" w:cs="Times New Roman"/>
          <w:b/>
          <w:sz w:val="24"/>
        </w:rPr>
        <w:t>a</w:t>
      </w:r>
      <w:r>
        <w:rPr>
          <w:rFonts w:ascii="Times New Roman" w:hAnsi="Times New Roman" w:eastAsia="Times New Roman" w:cs="Times New Roman"/>
          <w:b w:val="0"/>
          <w:sz w:val="24"/>
        </w:rPr>
        <w:t>) and 260.</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Plaintiffs have incurred loss of wages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liquidated damages,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sz w:val="24"/>
        </w:rPr>
        <w:t>COUNT II</w:t>
      </w:r>
      <w:r>
        <w:rPr>
          <w:rFonts w:ascii="Times New Roman" w:hAnsi="Times New Roman" w:eastAsia="Times New Roman" w:cs="Times New Roman"/>
          <w:sz w:val="24"/>
        </w:rPr>
        <w:br/>
      </w:r>
      <w:r>
        <w:rPr>
          <w:rFonts w:ascii="Times New Roman" w:hAnsi="Times New Roman" w:eastAsia="Times New Roman" w:cs="Times New Roman"/>
          <w:b/>
          <w:sz w:val="24"/>
        </w:rPr>
        <w:t>Violation of [state wage act] –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workweeks within the period between [date] and the present, Defendants paid Plaintiffs and those similarly situated less than the applicable minimum hourly wage under [state wage statute]. [Add details about what acts or practices resulted in the Plaintiffs being paid less than the minimum wage. Add paragraphs as necessary.]</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failure to pay Plaintiffs and those similarly situated the minimum hourly wage for each hour worked violates [state wage law].</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[Insert any other elements or requirements of the state minimum wage statute]</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Plaintiffs have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wages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[multiple damages (if applicable),]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sz w:val="24"/>
        </w:rPr>
        <w:t>COUNT III</w:t>
      </w:r>
      <w:r>
        <w:rPr>
          <w:rFonts w:ascii="Times New Roman" w:hAnsi="Times New Roman" w:eastAsia="Times New Roman" w:cs="Times New Roman"/>
          <w:sz w:val="24"/>
        </w:rPr>
        <w:br/>
      </w:r>
      <w:r>
        <w:rPr>
          <w:rFonts w:ascii="Times New Roman" w:hAnsi="Times New Roman" w:eastAsia="Times New Roman" w:cs="Times New Roman"/>
          <w:b/>
          <w:sz w:val="24"/>
        </w:rPr>
        <w:t>Violation of the FLSA – Overtime</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enterprise engaged in commerce or in the production of goods for commerce, as defined by 29 U.S.C. § 203(s)(1).</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suffered or permitted the Plaintiffs and all those similarly situated to work for them within the meaning of 29 U.S.C. § 203(g).</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were required under the FLSA, 29 U.S.C. § 207(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pay the Plaintiffs and those similarly situated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not less than one and one-half times the Plaintiffs' regular wage rates for all hours the Plaintiffs worked in excess of 40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Between [beginning of applicable time period] and the present, Plaintiffs at times worked over 40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date, Defendants have not paid Plaintiffs and those similarly situated one and one-half times their regular rates for all hours worked by Plaintiffs in excess of 40 per week for weeks during the period between [beginning of applicable time period] and the present, in violation of the FLSA, 29 U.S.C. § 207(</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times relevant to this litigation, Defendants, and each of them, acted willfully or with reckless disregard as to their obligation to pay one and one-half times the Plaintiffs' regular rate of pay for hours worked in excess of 40 per week, and, accordingly, the violation was willful for purposes of the FLSA, 29 U.S.C. §§ 255(</w:t>
      </w:r>
      <w:r>
        <w:rPr>
          <w:rFonts w:ascii="Times New Roman" w:hAnsi="Times New Roman" w:eastAsia="Times New Roman" w:cs="Times New Roman"/>
          <w:b/>
          <w:sz w:val="24"/>
        </w:rPr>
        <w:t>a</w:t>
      </w:r>
      <w:r>
        <w:rPr>
          <w:rFonts w:ascii="Times New Roman" w:hAnsi="Times New Roman" w:eastAsia="Times New Roman" w:cs="Times New Roman"/>
          <w:b w:val="0"/>
          <w:sz w:val="24"/>
        </w:rPr>
        <w:t>) and 260.</w:t>
      </w:r>
    </w:p>
    <w:p>
      <w:pPr>
        <w:keepNext w:val="0"/>
        <w:spacing w:before="120" w:after="0" w:line="260" w:lineRule="exact"/>
        <w:ind w:left="1080" w:right="0" w:firstLine="0"/>
        <w:jc w:val="left"/>
      </w:pPr>
      <w:r>
        <w:rPr>
          <w:rFonts w:ascii="Times New Roman" w:hAnsi="Times New Roman" w:eastAsia="Times New Roman" w:cs="Times New Roman"/>
          <w:b w:val="0"/>
          <w:sz w:val="24"/>
        </w:rPr>
        <w:t>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the Plaintiffs have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overtime compensation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liquidated damages,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sz w:val="24"/>
        </w:rPr>
        <w:t>COUNT IV</w:t>
      </w:r>
      <w:r>
        <w:rPr>
          <w:rFonts w:ascii="Times New Roman" w:hAnsi="Times New Roman" w:eastAsia="Times New Roman" w:cs="Times New Roman"/>
          <w:sz w:val="24"/>
        </w:rPr>
        <w:br/>
      </w:r>
      <w:r>
        <w:rPr>
          <w:rFonts w:ascii="Times New Roman" w:hAnsi="Times New Roman" w:eastAsia="Times New Roman" w:cs="Times New Roman"/>
          <w:b/>
          <w:sz w:val="24"/>
        </w:rPr>
        <w:t>Violation of [state wage act] – Overtime</w:t>
      </w:r>
    </w:p>
    <w:p>
      <w:pPr>
        <w:keepNext w:val="0"/>
        <w:spacing w:before="120" w:after="0" w:line="260" w:lineRule="exact"/>
        <w:ind w:left="1080" w:right="0" w:firstLine="0"/>
        <w:jc w:val="left"/>
      </w:pPr>
      <w:r>
        <w:rPr>
          <w:rFonts w:ascii="Times New Roman" w:hAnsi="Times New Roman" w:eastAsia="Times New Roman" w:cs="Times New Roman"/>
          <w:b w:val="0"/>
          <w:sz w:val="24"/>
        </w:rPr>
        <w:t>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re-allege and incorporate by reference the above paragraphs as if fully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59.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[Insert paragraphs here articulating the overtime elements of the applicable state wage and hour statute.]</w:t>
      </w:r>
    </w:p>
    <w:p>
      <w:pPr>
        <w:keepNext w:val="0"/>
        <w:spacing w:before="120" w:after="0" w:line="260" w:lineRule="exact"/>
        <w:ind w:left="1080" w:right="0" w:firstLine="0"/>
        <w:jc w:val="left"/>
      </w:pPr>
      <w:r>
        <w:rPr>
          <w:rFonts w:ascii="Times New Roman" w:hAnsi="Times New Roman" w:eastAsia="Times New Roman" w:cs="Times New Roman"/>
          <w:b w:val="0"/>
          <w:sz w:val="24"/>
        </w:rPr>
        <w:t>60.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unlawful conduct, the Plaintiffs have incurred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of overtime compensation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at trial, along with [liquidated damages (if applicable),] attorney's fees, and costs of litigation.</w:t>
      </w:r>
    </w:p>
    <w:p>
      <w:pPr>
        <w:keepNext w:val="0"/>
        <w:spacing w:before="120" w:after="0" w:line="260" w:lineRule="exact"/>
        <w:ind w:left="720" w:right="0" w:firstLine="0"/>
        <w:jc w:val="left"/>
      </w:pPr>
      <w:r>
        <w:rPr>
          <w:rFonts w:ascii="Times New Roman" w:hAnsi="Times New Roman" w:eastAsia="Times New Roman" w:cs="Times New Roman"/>
          <w:b/>
          <w:sz w:val="24"/>
        </w:rPr>
        <w:t>JURY DEMAND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Plaintiffs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their claims.</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WHEREFORE, Plaintiffs pray that this Court grant relief in their favor, and against Defendants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and several basis],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Award all Plaintiffs actual damages, multiple damages, liquidated damages, and prejudgment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wrongful conduct complained of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Award all Plaintiffs their costs and expenses in this litigation, including reasonable attorney's fees and expert fees;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such other and further relief as the Court deems just and proper.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[PLAINTIFFS],</w:t>
      </w:r>
    </w:p>
    <w:p>
      <w:pPr>
        <w:keepNext w:val="0"/>
        <w:spacing w:before="120" w:after="0" w:line="260" w:lineRule="exact"/>
        <w:ind w:left="360" w:right="0" w:firstLine="0"/>
        <w:jc w:val="left"/>
      </w:pPr>
      <w:r>
        <w:rPr>
          <w:rFonts w:ascii="Times New Roman" w:hAnsi="Times New Roman" w:eastAsia="Times New Roman" w:cs="Times New Roman"/>
          <w:b w:val="0"/>
          <w:sz w:val="24"/>
        </w:rPr>
        <w:t>On behalf of themselves and all others similarly situated,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names]</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state, zip]</w:t>
      </w:r>
    </w:p>
    <w:p>
      <w:pPr>
        <w:keepNext w:val="0"/>
        <w:spacing w:before="120" w:after="0" w:line="260" w:lineRule="exact"/>
        <w:ind w:left="360" w:right="0" w:firstLine="0"/>
        <w:jc w:val="left"/>
      </w:pPr>
      <w:r>
        <w:rPr>
          <w:rFonts w:ascii="Times New Roman" w:hAnsi="Times New Roman" w:eastAsia="Times New Roman" w:cs="Times New Roman"/>
          <w:b w:val="0"/>
          <w:sz w:val="24"/>
        </w:rPr>
        <w:t>[Telephone]</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200" w:after="0" w:line="260" w:lineRule="exact"/>
        <w:ind w:left="360" w:right="0" w:firstLine="0"/>
        <w:jc w:val="both"/>
      </w:pPr>
      <w:r>
        <w:rPr>
          <w:rFonts w:ascii="Times New Roman" w:hAnsi="Times New Roman" w:eastAsia="Times New Roman" w:cs="Times New Roman"/>
          <w:b w:val="0"/>
          <w:sz w:val="24"/>
        </w:rPr>
        <w:t>Date: [date of filing]</w:t>
      </w:r>
    </w:p>
    <w:p>
      <w:pPr/>
    </w:p>
    <w:p>
      <w:pPr>
        <w:keepNext w:val="0"/>
        <w:spacing w:before="120" w:after="0" w:line="260" w:lineRule="exact"/>
        <w:ind w:left="360" w:right="0" w:firstLine="0"/>
        <w:jc w:val="left"/>
      </w:pPr>
      <w:r>
        <w:rPr>
          <w:rFonts w:ascii="Times New Roman" w:hAnsi="Times New Roman" w:eastAsia="Times New Roman" w:cs="Times New Roman"/>
          <w:b/>
          <w:sz w:val="24"/>
        </w:rPr>
        <w:t>CONSENT TO JOIN FORM</w:t>
      </w:r>
    </w:p>
    <w:p>
      <w:pPr>
        <w:keepNext w:val="0"/>
        <w:spacing w:before="200" w:after="0" w:line="260" w:lineRule="exact"/>
        <w:ind w:left="720" w:right="0" w:firstLine="0"/>
        <w:jc w:val="center"/>
      </w:pPr>
      <w:r>
        <w:rPr>
          <w:rFonts w:ascii="Times New Roman" w:hAnsi="Times New Roman" w:eastAsia="Times New Roman" w:cs="Times New Roman"/>
          <w:b/>
          <w:sz w:val="24"/>
        </w:rPr>
        <w:t>Consent to sue under the federal Fair Labor Standards Act ("FLSA"), 29 U.S.C. § 216(b)</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I have been employed since [date of hire].</w:t>
      </w:r>
    </w:p>
    <w:p>
      <w:pPr>
        <w:keepNext w:val="0"/>
        <w:spacing w:before="200" w:after="0" w:line="260" w:lineRule="exact"/>
        <w:ind w:left="720" w:right="0" w:firstLine="0"/>
        <w:jc w:val="both"/>
      </w:pPr>
      <w:r>
        <w:rPr>
          <w:rFonts w:ascii="Times New Roman" w:hAnsi="Times New Roman" w:eastAsia="Times New Roman" w:cs="Times New Roman"/>
          <w:b w:val="0"/>
          <w:sz w:val="24"/>
        </w:rPr>
        <w:t>OR</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title]. My dates of employment were [dates of employment].</w:t>
      </w:r>
    </w:p>
    <w:p>
      <w:pPr>
        <w:keepNext w:val="0"/>
        <w:spacing w:before="200" w:after="0" w:line="260" w:lineRule="exact"/>
        <w:ind w:left="720" w:right="0" w:firstLine="0"/>
        <w:jc w:val="both"/>
      </w:pPr>
      <w:r>
        <w:rPr>
          <w:rFonts w:ascii="Times New Roman" w:hAnsi="Times New Roman" w:eastAsia="Times New Roman" w:cs="Times New Roman"/>
          <w:b w:val="0"/>
          <w:sz w:val="24"/>
        </w:rPr>
        <w:t>During the period of employment stated above, there [were/have been] occasions when I:</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not paid for all the hours that I worked.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Worked more than 40 hours per workweek and was not paid at the rate of one and one half times my regular rate of pay for such hours.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Was paid less than the hourly federal and/or state minimum wage.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violations as relevant]</w:t>
      </w:r>
    </w:p>
    <w:p>
      <w:pPr>
        <w:keepNext w:val="0"/>
        <w:spacing w:before="200" w:after="0" w:line="260" w:lineRule="exact"/>
        <w:ind w:left="720" w:right="0" w:firstLine="0"/>
        <w:jc w:val="both"/>
      </w:pPr>
      <w:r>
        <w:rPr>
          <w:rFonts w:ascii="Times New Roman" w:hAnsi="Times New Roman" w:eastAsia="Times New Roman" w:cs="Times New Roman"/>
          <w:b w:val="0"/>
          <w:sz w:val="24"/>
        </w:rPr>
        <w:t>I consent to join the FLSA collective action titled [case name] to recover my unpaid wages, overtime, and all other damages as allowed by the FLSA.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that this lawsuit is brought under the Fair Labor Standards Act, 29 U.S.C. § 201, et seq. I hereby consent, agree, and opt in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plaintiff herein and to be bound by any judgment by the Court or any settlement of this action.</w:t>
      </w:r>
    </w:p>
    <w:p>
      <w:pPr>
        <w:keepNext w:val="0"/>
        <w:spacing w:before="200" w:after="0" w:line="260" w:lineRule="exact"/>
        <w:ind w:left="720" w:right="0" w:firstLine="0"/>
        <w:jc w:val="both"/>
      </w:pPr>
      <w:r>
        <w:rPr>
          <w:rFonts w:ascii="Times New Roman" w:hAnsi="Times New Roman" w:eastAsia="Times New Roman" w:cs="Times New Roman"/>
          <w:b w:val="0"/>
          <w:sz w:val="24"/>
        </w:rPr>
        <w:t>I choose to be represented in this matter by the named plaintiffs and counsel, [counsel's firm name(s)],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Print 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Street Address: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City, State, and ZIP: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Telephone Number(s):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Email Address: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Complete this form and return to:</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[Telephone]</w:t>
      </w:r>
    </w:p>
    <w:p>
      <w:pPr>
        <w:keepNext w:val="0"/>
        <w:spacing w:before="200" w:after="0" w:line="260" w:lineRule="exact"/>
        <w:ind w:left="720" w:right="0" w:firstLine="0"/>
        <w:jc w:val="both"/>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