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Complaint Intake Form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Intake Form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[Company] Intake Form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 of caller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Address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Phone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Email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 of Policyholder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Policyholder Number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Nature of call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Your name and extension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Forward this Intake Form to: [live link to company corporate in-box for inquiries].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