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Intake Form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Email Form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Thank you for contacting [company]. We appreciate your taking the time to let us know of your [experience/concerns]. Your inquiry has been forwarded to the appropriate business area for further review,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representative from that department will contact you directly [include the department name and contact information if possible]. If you have any questions in the interim, please do not hesitate to contact us at [email] and [phone].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[Sign with name/address/phone/email]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US Mail Form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[Customer Name and 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[Customer/Client]: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Thank you for taking the time to contact [company]. We appreciate your contacting us to share with us your recent [experience/concerns].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 have forwarded your inquiry to the appropriate business area for further review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representative from that department will contact you directly. [include the department name and contact information if possible].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contact us if you do not hear from the business area [name the business area if possible] and/or if you have any further questions or concerns [email] [phone].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[Phone/email]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