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Complaint Seeking Tax Refund in U.S. District Court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UNITED STATES DISTRICT COURT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DISTRICT COURT]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COMPLAINT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Plaintiff, ABC Corporation, alleges against defendant, United States of America, as follows: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NATURE OF THE ACTION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brings this suit pursuant to 26 U.S.C. § 7422(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and 28 U.S.C. § 1346(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)(1) against defendant for the recovery of federal income tax and related interest erroneously assessed against and collected from plaintiff by defendant for plaintiff’s _____________ tax year.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PARTIES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corporation organized under the laws of the State of _________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principal place of business located in _________________.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Defendant is the United States of America.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JURISDICTION AND VENUE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Court has jurisdiction over this action pursuant to 28 U.S.C. § 1346(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)(1) and 26 U.S.C. § 7422(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timely filed its federal income tax return with the Internal Revenue Service at Ogden, Utah.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payment of $_____________ of federal income tax when it filed its _____________ tax return.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_____________, plaintiff timely filed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claim for refund of $_____________ of federal income tax resulting from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ordinary and necessary business expense that plaintiff had not deducted on its original _____________ tax return.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Plaintiff’s refund claim was set forth on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 1120X, Amended U.S. Corporation Income Tax Return, and was filed with the Internal Revenue Service at Ogden, Utah.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_____________, the Internal Revenue Service issued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disallowance in which the IRS disallowed plaintiff’s refund claim in its entirety.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Venue is proper in this district pursuant to 28 U.S.C. § 1402(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)(2) because defendant is the United States and plaintiff’s principal place of business is located within ___________.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FACTUAL ALLEGATIONS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[allegations establishing the substantive grounds on which plaintiff’s refund claim is based.]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7.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As reflected in plaintiff’s refund claim filed with the Internal Revenue Service on April 20, 2016, plaintiff is entitled for its 2013 tax year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deduction of $_____________ under 26 U.S.C. § 162(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for its payment of $_________________ to __________________.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CLAIM FOR RELIEF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8.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incorporates by reference the allegations contained in the above paragraphs.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9.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Plaintiff is entitled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refund of $700,000 in federal income tax, plus interest as allowed by law, for its _____________ tax year.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10.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Internal Revenue Service erred in disallowing plaintiff’s claim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refund of federal income tax for the _____________ tax year.</w:t>
      </w:r>
    </w:p>
    <w:p>
      <w:pPr>
        <w:keepNext w:val="0"/>
        <w:spacing w:before="120" w:after="0" w:line="260" w:lineRule="exact"/>
        <w:ind w:left="144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11.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Accordingly, plaintiff seeks recovery of the overpayment of $_____________ of federal income tax that was erroneously assessed and collected by defendant, plus interest as allowed by law.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PRAYER FOR RELIEF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plaintiff requests that the Court enter judgment against defendant awarding plaintiff: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refund of overpaid tax for the _____________ tax year of at least $_____________, or such other amount as may be legally refundable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Interest as allowed by law;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Attorney’s fees as are available; and</w:t>
      </w:r>
    </w:p>
    <w:p>
      <w:pPr>
        <w:keepNext w:val="0"/>
        <w:spacing w:before="120" w:after="0" w:line="260" w:lineRule="exact"/>
        <w:ind w:left="180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80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Such other relief as plaintiff may be entitled to receive.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NAME, FIRM, ADDRESS, PHONE NUMBER, AND EMAIL]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Counsel for Plaintiff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