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for Declaratory Judgment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UNITED STATES DISTRICT COURT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______________ DISTRICT OF 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Plaintiff, [Plaintiff’s name], by its attorneys, for its Complaint against Defendant [Defendant’s name], alleges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NATURE OF THE ACTION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declaratory judgment that Plaintiff does not infringe any valid claim of United States Patent No. [patent number] (the “patent-in-suit”) and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declaratory judgment that the claims of the patent-in-suit are invalid. This action relates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[brief description of accused product/process or technology at issue].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[Plaintiff’s name] (“Plaintiff”)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[state of incorporation], having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principal place of business at [address]. Plaintiff is engaged in [description of plaintiff’s business].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Upon information and belief, Defendant [Defendant’s name] (“Defendant”)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[state of incorporation], having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principal place of business at [address]. Upon information and belief, Defendant is engaged in [description of defendant’s business].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action arises under the patent laws of the United States, 35 U.S.C. § 101 et seq. and under the Declaratory Judgment Act 28 U.S.C. §§ 2201 and 2202.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over the subject matter of this action under 28 U.S.C. §§ 1331 (federal question) and 1338(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(patent infringement).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Defendant because, among other things, Defendant has purposely availed itself of the rights and benefits of the laws of [name of state] by engaging in systematic and continuous contacts with the state such that it should reasonably anticipate being haled into court here. For example, Defendant is registered to conduct business in the [name of state], under file number [number] and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regular and established place of business in this district at [address]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Venue is proper in this Court pursuant to 28 U.S.C. § 1391.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DEFENDANT’S ALLEGATIONS OF PATENT INFRINGEMENT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 Defendant, through its attorney [name] sent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letter to Plaintiff, addressed to [name and title],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 The letter included the following statements, alleging that Plaintiff’s [description of accused product] (the “Accused Product”) infringes the Defendant’s U. S. Patent No. [patent number] entitled [title of patent],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 as Exhibit B, (the “patent-in-suit”).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By letter dated [date] Plaintiff, through its attorney [name] responded to the letter of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denying that its Accused Product infringes any valid claim of the patent-in-suit.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Plaintiff’s letter is attached as Exhibit C.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 – DECLARATORY JUDGMENT OF NON-INFRINGEMENT OF PATENT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repeats and incorporates by reference the allegations of paragraphs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>-</w:t>
      </w:r>
      <w:r>
        <w:rPr>
          <w:rFonts w:ascii="Times New Roman" w:hAnsi="Times New Roman" w:eastAsia="Times New Roman" w:cs="Times New Roman"/>
          <w:b w:val="0"/>
          <w:sz w:val="24"/>
        </w:rPr>
        <w:t>9.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above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actual controversy exists between Plaintiff and Defendant as to whether Plaintiff has infringed, or is infringing, the patent-in-suit.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Accused Product does not infringe any valid claim of the patent-in-suit. For example, the Accused Product lacks any element that corresponds to the following limitations in the independent claims of the patent-in-suit: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controversy between the parties is sufficient to entitle Plaintiff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declaratory judgment pursuant to 28 U.S.C. § 2201 et seq. and Fed. R. Civ. P. 57 that Plaintiff has not infringed and does not infringe any valid claim of the patent-in-suit.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 – DECLARATORY JUDGMENT OF PATENT INVALIDITY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repeats and re-alleges the allegations of paragraphs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</w:t>
      </w:r>
      <w:r>
        <w:rPr>
          <w:rFonts w:ascii="Times New Roman" w:hAnsi="Times New Roman" w:eastAsia="Times New Roman" w:cs="Times New Roman"/>
          <w:b w:val="0"/>
          <w:sz w:val="24"/>
        </w:rPr>
        <w:t>13.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herein as if fully set forth.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One or more claims of the patent-in-suit are invalid for anticipation under 35 U.S.C. § 102 in view of the following prior art reference,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 as Exhibit D: [identification/title of prior art reference]. For example, the prior art reference of Exhibit D discloses all the limitations of [claim number] of the patent-in-suit as follows: [description of how prior art reference includes elements corresponding to each claim limitation]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One or more claims of the patent-in-suit are invalid for obviousness under 35 U.S.C. § 103 in view of the prior art reference of Exhibit D alone, or combined with the following prior art reference,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 as Exhibit E: [identification/title of second prior art reference]. For example,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combination of the prior art references of Exhibits D and E disclose all the limitations of [claim number] of the patent-in-suit as follows: [description of how the combination of prior art references teach elements corresponding to each claim limitation].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One or more claims of the patent-in-suit are invalid for failure meet the written description, enablement and definiteness requirements of 35 U.S.C. § 112. For example, claim [claim number] recites as follows: [recite claim]. The specification does not contain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adequate written description of the claimed subject matter because [explanation]. The specification does not enable the claimed subject matter because [explanation]. The claim term [allegedly indefinite claim term] is indefinite because it is not sufficiently defined in the specification so as to inform, with reasonable certainty, those skilled in the art about the scope of the claimed invention.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controversy between the parties is sufficient to entitle Plaintiff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declaratory judgment pursuant to 28 U.S.C. § 2201 et seq. and Fed. R. Civ. P. 57 that the patent-in-suit is invalid.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requests that this Court grant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declaratory judgment that Plaintiff has not infringed the patent-in-suit;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declaratory judgment that the patent-in-suit is invalid;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and reasonable attorneys’ fees relating to this action pursuant to 35 U.S.C. § 285;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may deem just and proper.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 this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 (Bar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E-mail: [E-mail]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