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Complaint for Eviction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COUNTY COURT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AND FOR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[County Name] COUNTY, FLORIDA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COMPLAINT FOR EVICTION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 [name of Landlord], sues Defendant, [name of Tenant] and alleges: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to evict the Tenant from real property in [name of county in which the property is located] County, Florida.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owns the following described real property in the County: [legal or street description of property including, if applicable, unit number].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has possession of the real property under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(oral/written) agreement to pay rent of $[rental amount] payable [weekly/monthly].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written agreement, if any, is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served Defendant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on [date of notice], giving written notice to the Defendant that the Defendant was in violation of its rental agreement.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is attached as Exhibit </w:t>
      </w:r>
      <w:r>
        <w:rPr>
          <w:rFonts w:ascii="Times New Roman" w:hAnsi="Times New Roman" w:eastAsia="Times New Roman" w:cs="Times New Roman"/>
          <w:b w:val="0"/>
          <w:sz w:val="24"/>
        </w:rPr>
        <w:t>B.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Plaintiff demands judgment for possession of the property against Defendant.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[plaintiff’s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Address: 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Telephone No. [telephone number]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COPY OF LEASE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EXHIBIT B.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COPY OF NOTICE TO TENANT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