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Complaint for Mandatory Subordination</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COMPLAINT FOR MANDATORY</w:t>
      </w:r>
      <w:r>
        <w:rPr>
          <w:rFonts w:ascii="Times New Roman" w:hAnsi="Times New Roman" w:eastAsia="Times New Roman" w:cs="Times New Roman"/>
          <w:sz w:val="24"/>
        </w:rPr>
        <w:br/>
      </w:r>
      <w:r>
        <w:rPr>
          <w:rFonts w:ascii="Times New Roman" w:hAnsi="Times New Roman" w:eastAsia="Times New Roman" w:cs="Times New Roman"/>
          <w:b/>
          <w:sz w:val="24"/>
        </w:rPr>
        <w:t>SUBORDINATION PURSUANT TO 11 U.S.C. § 510(B)</w:t>
      </w:r>
    </w:p>
    <w:p>
      <w:pPr>
        <w:keepNext w:val="0"/>
        <w:spacing w:before="200" w:after="0" w:line="260" w:lineRule="exact"/>
        <w:ind w:left="360" w:right="0" w:firstLine="0"/>
        <w:jc w:val="both"/>
      </w:pPr>
      <w:r>
        <w:rPr>
          <w:rFonts w:ascii="Times New Roman" w:hAnsi="Times New Roman" w:eastAsia="Times New Roman" w:cs="Times New Roman"/>
          <w:b w:val="0"/>
          <w:sz w:val="24"/>
        </w:rPr>
        <w:t>[Plaintiff name] ("[Plaintiff Name]" or the "</w:t>
      </w:r>
      <w:r>
        <w:rPr>
          <w:rFonts w:ascii="Times New Roman" w:hAnsi="Times New Roman" w:eastAsia="Times New Roman" w:cs="Times New Roman"/>
          <w:b w:val="0"/>
          <w:sz w:val="24"/>
        </w:rPr>
        <w:t>Plaintiff</w:t>
      </w:r>
      <w:r>
        <w:rPr>
          <w:rFonts w:ascii="Times New Roman" w:hAnsi="Times New Roman" w:eastAsia="Times New Roman" w:cs="Times New Roman"/>
          <w:b w:val="0"/>
          <w:sz w:val="24"/>
        </w:rPr>
        <w:t>"), as plaintiff in the above-captioned adversary proceeding, by and through its undersigned counsel, files this Complaint against [Defendant name] ("[Defendant Name]" or "[Defendant]") and respectfully alleges, upon knowledge, information, and belief, as follows:</w:t>
      </w:r>
    </w:p>
    <w:p>
      <w:pPr>
        <w:keepNext w:val="0"/>
        <w:spacing w:before="200" w:after="0" w:line="260" w:lineRule="exact"/>
        <w:ind w:left="360" w:right="0" w:firstLine="0"/>
        <w:jc w:val="center"/>
      </w:pPr>
      <w:r>
        <w:rPr>
          <w:rFonts w:ascii="Times New Roman" w:hAnsi="Times New Roman" w:eastAsia="Times New Roman" w:cs="Times New Roman"/>
          <w:b/>
          <w:sz w:val="24"/>
        </w:rPr>
        <w:t>NATURE OF THE ACTION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brought to equitably subordinate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pursuant to 11 U.S.C. § 510(b). [Add brief description of the basis for subordination]</w:t>
      </w:r>
    </w:p>
    <w:p>
      <w:pPr>
        <w:keepNext w:val="0"/>
        <w:spacing w:before="200" w:after="0" w:line="260" w:lineRule="exact"/>
        <w:ind w:left="36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subject matter jurisdiction over this adversary proceeding, which arises under title 11, arises in, and relates to cases under title 11, in the United States Bankruptcy Court for the [District] of [State]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captioned [case caption], Case No. [number], pursuant to 28 U.S.C. §§ 157 and 1334(b).</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action is brought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adversary proceeding pursuant to Rule 7001(1)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related to the bankruptcy cases pending before this Court.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adversary proceeding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28 U.S.C. § 157(b).] Plaintiff consents to the entry of final orders or judgment by the Court in this adversary proceeding.</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Venue is proper before this Court under 28 U.S.C. §§ 1408 and 1409.</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statutory predicates for the relief requested herein are Section 510(b)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and Bankruptcy Rules 7001, et seq.</w:t>
      </w:r>
    </w:p>
    <w:p>
      <w:pPr>
        <w:keepNext w:val="0"/>
        <w:spacing w:before="200" w:after="0" w:line="260" w:lineRule="exact"/>
        <w:ind w:left="360" w:right="0" w:firstLine="0"/>
        <w:jc w:val="center"/>
      </w:pPr>
      <w:r>
        <w:rPr>
          <w:rFonts w:ascii="Times New Roman" w:hAnsi="Times New Roman" w:eastAsia="Times New Roman" w:cs="Times New Roman"/>
          <w:b/>
          <w:sz w:val="24"/>
        </w:rPr>
        <w:t>PARTIES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Plaintiff, with its principal place of business at [Plaintiff's address],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currently operating under Chapter 11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of [State] with its principal place of business at [Defendant's address].</w:t>
      </w:r>
    </w:p>
    <w:p>
      <w:pPr>
        <w:keepNext w:val="0"/>
        <w:spacing w:before="200" w:after="0" w:line="260" w:lineRule="exact"/>
        <w:ind w:left="360" w:right="0" w:firstLine="0"/>
        <w:jc w:val="center"/>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voluntary petitions for bankruptcy relief under Chapter 11 of the Bankruptcy Code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with the Court.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Petition Date, the Debtors [describe debtors' business].</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Defendant [detail the purchase or sale of the debtors' securities] (the "</w:t>
      </w:r>
      <w:r>
        <w:rPr>
          <w:rFonts w:ascii="Times New Roman" w:hAnsi="Times New Roman" w:eastAsia="Times New Roman" w:cs="Times New Roman"/>
          <w:b w:val="0"/>
          <w:sz w:val="24"/>
        </w:rPr>
        <w:t>Securities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the Defendant filed [describe priority, i.e., general unsecured, secured, etc.] proofs of claim in the amount of $[_________] (the "</w:t>
      </w:r>
      <w:r>
        <w:rPr>
          <w:rFonts w:ascii="Times New Roman" w:hAnsi="Times New Roman" w:eastAsia="Times New Roman" w:cs="Times New Roman"/>
          <w:b w:val="0"/>
          <w:sz w:val="24"/>
        </w:rPr>
        <w:t>Claims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Claims are for [damages, rescission, reimbursement, or contribution].</w:t>
      </w:r>
    </w:p>
    <w:p>
      <w:pPr>
        <w:keepNext w:val="0"/>
        <w:spacing w:before="200" w:after="0" w:line="260" w:lineRule="exact"/>
        <w:ind w:left="720" w:right="0" w:firstLine="0"/>
        <w:jc w:val="center"/>
      </w:pPr>
      <w:r>
        <w:rPr>
          <w:rFonts w:ascii="Times New Roman" w:hAnsi="Times New Roman" w:eastAsia="Times New Roman" w:cs="Times New Roman"/>
          <w:b/>
          <w:sz w:val="24"/>
        </w:rPr>
        <w:t>COUNT I</w:t>
      </w:r>
      <w:r>
        <w:rPr>
          <w:rFonts w:ascii="Times New Roman" w:hAnsi="Times New Roman" w:eastAsia="Times New Roman" w:cs="Times New Roman"/>
          <w:sz w:val="24"/>
        </w:rPr>
        <w:br/>
      </w:r>
      <w:r>
        <w:rPr>
          <w:rFonts w:ascii="Times New Roman" w:hAnsi="Times New Roman" w:eastAsia="Times New Roman" w:cs="Times New Roman"/>
          <w:b/>
          <w:sz w:val="24"/>
        </w:rPr>
        <w:t>(Mandatory Subordination - 11 U.S.C. § 510(b))</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repeats, realleges, and incorporates by reference herein the allegations contained in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through [13] of the Complaint as though fully set forth in this first cause of action.</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Claims are claims for [damages, recession, reimbursement, or contribution] arising from the purchase or sale of the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Based upon the foregoing, the Claims are subject to mandatory subordination pursuant to Section 510(b) of the Bankruptcy Code.</w:t>
      </w:r>
    </w:p>
    <w:p>
      <w:pPr>
        <w:keepNext w:val="0"/>
        <w:spacing w:before="200" w:after="0" w:line="260" w:lineRule="exact"/>
        <w:ind w:left="720" w:right="0" w:firstLine="0"/>
        <w:jc w:val="center"/>
      </w:pPr>
      <w:r>
        <w:rPr>
          <w:rFonts w:ascii="Times New Roman" w:hAnsi="Times New Roman" w:eastAsia="Times New Roman" w:cs="Times New Roman"/>
          <w:b/>
          <w:sz w:val="24"/>
        </w:rPr>
        <w:t>PRAYER FOR RELIEF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WHEREFORE, Plaintiff respectfully requests that the Court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the Defendant: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mandatory subordination of the Claims pursuant to 11 U.S.C. § 510(b);</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granting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