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to Equitably Subordinate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COMPLAINT FOR EQUITABLE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SUBORDINATION PURSUANT TO 11 U.S.C. § 510(C)</w:t>
      </w:r>
    </w:p>
    <w:p>
      <w:pPr>
        <w:keepNext w:val="0"/>
        <w:spacing w:before="200" w:after="0" w:line="260" w:lineRule="exact"/>
        <w:ind w:left="360" w:right="0" w:firstLine="0"/>
        <w:jc w:val="both"/>
      </w:pPr>
      <w:r>
        <w:rPr>
          <w:rFonts w:ascii="Times New Roman" w:hAnsi="Times New Roman" w:eastAsia="Times New Roman" w:cs="Times New Roman"/>
          <w:b w:val="0"/>
          <w:sz w:val="24"/>
        </w:rPr>
        <w:t>[Plaintiff name] ("[Plaintiff Name]" or the "Plaintiff"), as plaintiff in the above-captioned adversary proceeding, by and through its undersigned counsel, files this Complaint against [Defendant name] ("[Defendant Name]" or "[Defendant]") and respectfully alleges, upon knowledge, information, and belief, as follows:</w:t>
      </w:r>
    </w:p>
    <w:p>
      <w:pPr>
        <w:keepNext w:val="0"/>
        <w:spacing w:before="200" w:after="0" w:line="260" w:lineRule="exact"/>
        <w:ind w:left="36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equitably subordinate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pursuant to 11 U.S.C. § 510(c). [Add brief description of the reasons for equitable subordination]</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"Court"),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7001(1) of the Federal Rules of Bankruptcy Procedure (the "Bankruptcy Rules")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 510(c) of title 11 of the United States Code (the "Bankruptcy Code") and Bankruptcy Rules 7001, et seq.</w:t>
      </w:r>
    </w:p>
    <w:p>
      <w:pPr>
        <w:keepNext w:val="0"/>
        <w:spacing w:before="200" w:after="0" w:line="260" w:lineRule="exact"/>
        <w:ind w:left="360" w:right="0" w:firstLine="0"/>
        <w:jc w:val="center"/>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 principal place of business at [Defendant's address].</w:t>
      </w:r>
    </w:p>
    <w:p>
      <w:pPr>
        <w:keepNext w:val="0"/>
        <w:spacing w:before="200" w:after="0" w:line="260" w:lineRule="exact"/>
        <w:ind w:left="36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"Debtors") filed voluntary petitions for bankruptcy relief under Chapter 11 of the Bankruptcy Code on [date] (the "Petition Date")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Defendant filed [describe priority, i.e., general unsecured, secured, etc.] proofs of claim in the amount of $[_________] (the "Claims").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Claims are based on [describe claims and basis for priority].</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the conduct giving rise to the equitable subordination claim.]</w:t>
      </w:r>
    </w:p>
    <w:p>
      <w:pPr>
        <w:keepNext w:val="0"/>
        <w:spacing w:before="200" w:after="0" w:line="260" w:lineRule="exact"/>
        <w:ind w:left="360" w:right="0" w:firstLine="0"/>
        <w:jc w:val="center"/>
      </w:pPr>
      <w:r>
        <w:rPr>
          <w:rFonts w:ascii="Times New Roman" w:hAnsi="Times New Roman" w:eastAsia="Times New Roman" w:cs="Times New Roman"/>
          <w:b/>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(Equitable Subordination - 11 U.S.C. § 510(c))</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13.</w:t>
      </w:r>
      <w:r>
        <w:rPr>
          <w:rFonts w:ascii="Times New Roman" w:hAnsi="Times New Roman" w:eastAsia="Times New Roman" w:cs="Times New Roman"/>
          <w:b w:val="0"/>
          <w:sz w:val="24"/>
        </w:rPr>
        <w:t>]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engaged in inequitable conduct. Upon information and belief, the Defendant's inequitable conduct includes [describe conduct].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misconduct resulted in injury to the Debtors' creditors and/or conferred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unfair advantage on Defendant [by detail].</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Equitable subordination of Defendant's Claims is consistent with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Claims should be equitably subordinated to the claims of [all general unsecured creditors] pursuant to Section 510(c) of the Bankruptcy Code.</w:t>
      </w:r>
    </w:p>
    <w:p>
      <w:pPr>
        <w:keepNext w:val="0"/>
        <w:spacing w:before="200" w:after="0" w:line="260" w:lineRule="exact"/>
        <w:ind w:left="360" w:right="0" w:firstLine="0"/>
        <w:jc w:val="center"/>
      </w:pPr>
      <w:r>
        <w:rPr>
          <w:rFonts w:ascii="Times New Roman" w:hAnsi="Times New Roman" w:eastAsia="Times New Roman" w:cs="Times New Roman"/>
          <w:b/>
          <w:sz w:val="24"/>
        </w:rPr>
        <w:t>PRAYER FOR RELIEF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equitable subordination of the Claims pursuant to 11 U.S.C. § 510(c);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