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Conditional Waiver and Release of Subcontractor’s Lien Rights upon Final Payment by Contractor</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NOTICE TO THE SUBCONTRACTOR: THIS CONDITIONAL WAIVER AND RELEASE OF LIEN RIGHTS WAIVES AND RELEASES ALL LIEN RIGHTS UPON CONTRACTOR’S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CHECK FOR FINAL PAYMENT FROM THE OWNER, ENDORSEMENT OF SUCH CHECK BY CONTRACTOR AND PAYMENT OF THE CHECK BY THE BANK.</w:t>
      </w: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[subcontractor] as subcontractor (“Contractor”) has furnished [description of the services, labor, material, or equipment provided] for the improvement of property described as [address of the property or its legal description as required by state statute] owned by [owner] (“Owner”), pursuant to that subcontract between Subontractor and Contractor dated [date of subcontract] (“Subcontract”).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On receipt by the Subcontractor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check from the Contractor in the amount of $[check amount] payable to the Subontractor and when the check has been properly endorsed and has been paid by the bank on which it is drawn, the Subcontractor does hereby waive and release any and all liens, claim of liens, or right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under the statutes of the State of [state] relating to mechanic’s liens with respect to the above described property and the improvements thereon, and on the material and equipment furnished, and on the moneys, funds, or other considerations due or to become due to the Subcontractor from the Contractor on account of the services, labor, material, or equipment described above and previously furnished to the property. This waiver and release does not affect the following disputed claims for extras in the amount of $[amount]:</w:t>
      </w:r>
    </w:p>
    <w:p>
      <w:pPr>
        <w:keepNext w:val="0"/>
        <w:spacing w:before="200" w:after="0" w:line="260" w:lineRule="exact"/>
        <w:ind w:left="360" w:right="0" w:firstLine="0"/>
        <w:jc w:val="both"/>
      </w:pPr>
      <w:r>
        <w:rPr>
          <w:rFonts w:ascii="Times New Roman" w:hAnsi="Times New Roman" w:eastAsia="Times New Roman" w:cs="Times New Roman"/>
          <w:b w:val="0"/>
          <w:sz w:val="24"/>
        </w:rPr>
        <w:t>[list of disputed claims for extras</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The Subontractor warrants that it has already paid or will use the funds received from this final payment to promptly pay in full all of the Subcontractor’s lower tier subcontractors, suppliers, materialmen, and laborers for all services, labor, materials, or equipment provided for or to the above-referenced property. The Contractor shall indemnify and hold harmless the Owner from and against all costs, losses, damages, or other claims, causes of action, judgments, and expenses, including attorneys’ fees, arising out of or in connection its performance of the Contract, which may be asserted by any of its lower tier subcontractors, suppliers, materialmen, and laborers.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[subcontractor]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 [</w:t>
      </w:r>
      <w:r>
        <w:rPr>
          <w:rFonts w:ascii="Times New Roman" w:hAnsi="Times New Roman" w:eastAsia="Times New Roman" w:cs="Times New Roman"/>
          <w:b w:val="0"/>
          <w:sz w:val="24"/>
        </w:rPr>
        <w:t>signature</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[typed name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[title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[date of signature]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STATE OF: [state]</w:t>
      </w:r>
    </w:p>
    <w:p>
      <w:pPr>
        <w:keepNext w:val="0"/>
        <w:spacing w:before="200" w:after="0" w:line="260" w:lineRule="exact"/>
        <w:ind w:left="360" w:right="0" w:firstLine="0"/>
        <w:jc w:val="both"/>
      </w:pPr>
      <w:r>
        <w:rPr>
          <w:rFonts w:ascii="Times New Roman" w:hAnsi="Times New Roman" w:eastAsia="Times New Roman" w:cs="Times New Roman"/>
          <w:b w:val="0"/>
          <w:sz w:val="24"/>
        </w:rPr>
        <w:t>COUNTY OF: [county]</w:t>
      </w:r>
    </w:p>
    <w:p>
      <w:pPr>
        <w:keepNext w:val="0"/>
        <w:spacing w:before="200" w:after="0" w:line="260" w:lineRule="exact"/>
        <w:ind w:left="360" w:right="0" w:firstLine="0"/>
        <w:jc w:val="both"/>
      </w:pPr>
      <w:r>
        <w:rPr>
          <w:rFonts w:ascii="Times New Roman" w:hAnsi="Times New Roman" w:eastAsia="Times New Roman" w:cs="Times New Roman"/>
          <w:b w:val="0"/>
          <w:sz w:val="24"/>
        </w:rPr>
        <w:t>On this __________ day of __________, _______, before me personally appeared ________________________ who being by me duly sworn, did depose and say that he/she is the ________________ of __________________________ as is authorized to execute the above document.</w:t>
      </w:r>
    </w:p>
    <w:p>
      <w:pPr>
        <w:keepNext w:val="0"/>
        <w:spacing w:before="120" w:after="0" w:line="260" w:lineRule="exact"/>
        <w:ind w:left="360" w:right="0" w:firstLine="0"/>
        <w:jc w:val="left"/>
      </w:pPr>
      <w:r>
        <w:rPr>
          <w:rFonts w:ascii="Times New Roman" w:hAnsi="Times New Roman" w:eastAsia="Times New Roman" w:cs="Times New Roman"/>
          <w:b w:val="0"/>
          <w:sz w:val="24"/>
        </w:rPr>
        <w:t>(SEAL)</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