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Conditional Waiver and Release on Final Payment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.R.S. § 33-1008</w:t>
      </w:r>
    </w:p>
    <w:p>
      <w:pPr>
        <w:keepNext w:val="0"/>
        <w:spacing w:before="200" w:after="0" w:line="260" w:lineRule="exact"/>
        <w:ind w:left="360" w:right="0" w:firstLine="0"/>
        <w:jc w:val="both"/>
      </w:pPr>
      <w:r>
        <w:rPr>
          <w:rFonts w:ascii="Times New Roman" w:hAnsi="Times New Roman" w:eastAsia="Times New Roman" w:cs="Times New Roman"/>
          <w:b w:val="0"/>
          <w:sz w:val="24"/>
        </w:rPr>
        <w:t>Project: [project name]</w:t>
      </w:r>
    </w:p>
    <w:p>
      <w:pPr>
        <w:keepNext w:val="0"/>
        <w:spacing w:before="200" w:after="0" w:line="260" w:lineRule="exact"/>
        <w:ind w:left="360" w:right="0" w:firstLine="0"/>
        <w:jc w:val="both"/>
      </w:pPr>
      <w:r>
        <w:rPr>
          <w:rFonts w:ascii="Times New Roman" w:hAnsi="Times New Roman" w:eastAsia="Times New Roman" w:cs="Times New Roman"/>
          <w:b w:val="0"/>
          <w:sz w:val="24"/>
        </w:rPr>
        <w:t>Job No.: [job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receipt by the undersigned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from [name of party that will make payment] in the sum of $ [amount of payment to be received] payable to [claimant name] and when the check has been properly endorsed and has been paid by the bank on which it is drawn, this document becomes effective to release any mechanic's lien, any state or federal statutory bond right, any private bond right, any claim for payment and any rights under any similar ordinance, rule or statute related to claim or payment rights for persons in the undersigned's position that the undersigned has on the job of [owner] located at [project address/job description] to the following extent. This release covers final payment for all labor, services, equipment or materials furnished to the jobsite or to [person with whom claimant contracted], except for disputed claims in the amount of [disputed amount]. Before any recipient of this document relies on it, that person should verify evidence of payment to the undersigned.</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warrants that they either have already paid or will use the monies they receive from this final payment to promptly pay in full all of his laborers, subcontractors, materialmen and suppliers for all work, materials, equipment or services provided for or to the above referenced project up to the date of this waiver.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