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
        <w:rPr>
          <w:rFonts w:ascii="Times New Roman" w:hAnsi="Times New Roman" w:eastAsia="Times New Roman" w:cs="Times New Roman"/>
          <w:sz w:val="24"/>
        </w:rPr>
        <w:t>Conditional Waiver and Release on Progress Payment</w:t>
      </w:r>
    </w:p>
    <w:p>
      <w:pPr/>
      <w:r>
        <w:rPr>
          <w:rFonts w:ascii="Times New Roman" w:hAnsi="Times New Roman" w:eastAsia="Times New Roman" w:cs="Times New Roman"/>
          <w:sz w:val="24"/>
        </w:rPr>
        <w:t xml:space="preserve">Project: </w:t>
      </w:r>
      <w:r>
        <w:rPr>
          <w:rFonts w:ascii="Times New Roman" w:hAnsi="Times New Roman" w:eastAsia="Times New Roman" w:cs="Times New Roman"/>
          <w:sz w:val="24"/>
        </w:rPr>
        <w:t>[</w:t>
      </w:r>
      <w:r>
        <w:rPr>
          <w:rFonts w:ascii="Times New Roman" w:hAnsi="Times New Roman" w:eastAsia="Times New Roman" w:cs="Times New Roman"/>
          <w:sz w:val="24"/>
        </w:rPr>
        <w:t>project name]</w:t>
      </w:r>
    </w:p>
    <w:p>
      <w:pPr/>
      <w:r>
        <w:rPr>
          <w:rFonts w:ascii="Times New Roman" w:hAnsi="Times New Roman" w:eastAsia="Times New Roman" w:cs="Times New Roman"/>
          <w:sz w:val="24"/>
        </w:rPr>
        <w:t xml:space="preserve">Job No. </w:t>
      </w:r>
      <w:r>
        <w:rPr>
          <w:rFonts w:ascii="Times New Roman" w:hAnsi="Times New Roman" w:eastAsia="Times New Roman" w:cs="Times New Roman"/>
          <w:sz w:val="24"/>
        </w:rPr>
        <w:t>[</w:t>
      </w:r>
      <w:r>
        <w:rPr>
          <w:rFonts w:ascii="Times New Roman" w:hAnsi="Times New Roman" w:eastAsia="Times New Roman" w:cs="Times New Roman"/>
          <w:sz w:val="24"/>
        </w:rPr>
        <w:t>job number]</w:t>
      </w:r>
    </w:p>
    <w:p>
      <w:pPr/>
      <w:r>
        <w:rPr>
          <w:rFonts w:ascii="Times New Roman" w:hAnsi="Times New Roman" w:eastAsia="Times New Roman" w:cs="Times New Roman"/>
          <w:sz w:val="24"/>
        </w:rPr>
        <w:t xml:space="preserve">On receipt by the signer of this document of a check from </w:t>
      </w:r>
      <w:r>
        <w:rPr>
          <w:rFonts w:ascii="Times New Roman" w:hAnsi="Times New Roman" w:eastAsia="Times New Roman" w:cs="Times New Roman"/>
          <w:sz w:val="24"/>
        </w:rPr>
        <w:t>[</w:t>
      </w:r>
      <w:r>
        <w:rPr>
          <w:rFonts w:ascii="Times New Roman" w:hAnsi="Times New Roman" w:eastAsia="Times New Roman" w:cs="Times New Roman"/>
          <w:sz w:val="24"/>
        </w:rPr>
        <w:t>name of maker of check] in the sum of $</w:t>
      </w:r>
      <w:r>
        <w:rPr>
          <w:rFonts w:ascii="Times New Roman" w:hAnsi="Times New Roman" w:eastAsia="Times New Roman" w:cs="Times New Roman"/>
          <w:sz w:val="24"/>
        </w:rPr>
        <w:t>[</w:t>
      </w:r>
      <w:r>
        <w:rPr>
          <w:rFonts w:ascii="Times New Roman" w:hAnsi="Times New Roman" w:eastAsia="Times New Roman" w:cs="Times New Roman"/>
          <w:sz w:val="24"/>
        </w:rPr>
        <w:t xml:space="preserve">invoice amount] payable to </w:t>
      </w:r>
      <w:r>
        <w:rPr>
          <w:rFonts w:ascii="Times New Roman" w:hAnsi="Times New Roman" w:eastAsia="Times New Roman" w:cs="Times New Roman"/>
          <w:sz w:val="24"/>
        </w:rPr>
        <w:t>[</w:t>
      </w:r>
      <w:r>
        <w:rPr>
          <w:rFonts w:ascii="Times New Roman" w:hAnsi="Times New Roman" w:eastAsia="Times New Roman" w:cs="Times New Roman"/>
          <w:sz w:val="24"/>
        </w:rPr>
        <w:t xml:space="preserve">name of payee(s) of check] and when the check has been properly endorsed and has been paid by the bank on which it is drawn, this document becomes effective to release any mechanic’s lien right, any right arising from a payment bond that complies with a state or federal statute, any common law payment bond right, any claim for payment, and any rights under any similar ordinance, rule, or statute related to claim or payment rights for persons in the signer’s position that the signer has on the property of </w:t>
      </w:r>
      <w:r>
        <w:rPr>
          <w:rFonts w:ascii="Times New Roman" w:hAnsi="Times New Roman" w:eastAsia="Times New Roman" w:cs="Times New Roman"/>
          <w:sz w:val="24"/>
        </w:rPr>
        <w:t>[</w:t>
      </w:r>
      <w:r>
        <w:rPr>
          <w:rFonts w:ascii="Times New Roman" w:hAnsi="Times New Roman" w:eastAsia="Times New Roman" w:cs="Times New Roman"/>
          <w:sz w:val="24"/>
        </w:rPr>
        <w:t xml:space="preserve">owner name] located at </w:t>
      </w:r>
      <w:r>
        <w:rPr>
          <w:rFonts w:ascii="Times New Roman" w:hAnsi="Times New Roman" w:eastAsia="Times New Roman" w:cs="Times New Roman"/>
          <w:sz w:val="24"/>
        </w:rPr>
        <w:t>[</w:t>
      </w:r>
      <w:r>
        <w:rPr>
          <w:rFonts w:ascii="Times New Roman" w:hAnsi="Times New Roman" w:eastAsia="Times New Roman" w:cs="Times New Roman"/>
          <w:sz w:val="24"/>
        </w:rPr>
        <w:t xml:space="preserve">location address] to the following extent: </w:t>
      </w:r>
      <w:r>
        <w:rPr>
          <w:rFonts w:ascii="Times New Roman" w:hAnsi="Times New Roman" w:eastAsia="Times New Roman" w:cs="Times New Roman"/>
          <w:sz w:val="24"/>
        </w:rPr>
        <w:t>[</w:t>
      </w:r>
      <w:r>
        <w:rPr>
          <w:rFonts w:ascii="Times New Roman" w:hAnsi="Times New Roman" w:eastAsia="Times New Roman" w:cs="Times New Roman"/>
          <w:sz w:val="24"/>
        </w:rPr>
        <w:t>job description].</w:t>
      </w:r>
    </w:p>
    <w:p>
      <w:pPr/>
      <w:r>
        <w:rPr>
          <w:rFonts w:ascii="Times New Roman" w:hAnsi="Times New Roman" w:eastAsia="Times New Roman" w:cs="Times New Roman"/>
          <w:sz w:val="24"/>
        </w:rPr>
        <w:t xml:space="preserve">This release covers a progress payment for all labor, services, equipment, or materials furnished to the property or to </w:t>
      </w:r>
      <w:r>
        <w:rPr>
          <w:rFonts w:ascii="Times New Roman" w:hAnsi="Times New Roman" w:eastAsia="Times New Roman" w:cs="Times New Roman"/>
          <w:sz w:val="24"/>
        </w:rPr>
        <w:t>[</w:t>
      </w:r>
      <w:r>
        <w:rPr>
          <w:rFonts w:ascii="Times New Roman" w:hAnsi="Times New Roman" w:eastAsia="Times New Roman" w:cs="Times New Roman"/>
          <w:sz w:val="24"/>
        </w:rPr>
        <w:t>name of person with whom signer contracted] as indicated in the attached statement(s) or progress payment request(s), except for unpaid retention, pending modifications and changes, or other items furnished.</w:t>
      </w:r>
    </w:p>
    <w:p>
      <w:pPr/>
      <w:r>
        <w:rPr>
          <w:rFonts w:ascii="Times New Roman" w:hAnsi="Times New Roman" w:eastAsia="Times New Roman" w:cs="Times New Roman"/>
          <w:sz w:val="24"/>
        </w:rPr>
        <w:t>Before any recipient of this document relies on this document, the recipient should verify evidence of payment to signer.</w:t>
      </w:r>
    </w:p>
    <w:p>
      <w:pPr/>
      <w:r>
        <w:rPr>
          <w:rFonts w:ascii="Times New Roman" w:hAnsi="Times New Roman" w:eastAsia="Times New Roman" w:cs="Times New Roman"/>
          <w:sz w:val="24"/>
        </w:rPr>
        <w:t>The signer warrants that the signer has already paid or will use the funds received from this progress payment to promptly pay in full all of the signer’s laborers, subcontractors, materialmen, and suppliers for all work, materials, equipment, or services provided for or to the above referenced project in regard to the attached statement(s) or progress payment request(s).</w:t>
      </w:r>
    </w:p>
    <w:p>
      <w:pPr/>
    </w:p>
    <w:p>
      <w:pPr/>
      <w:r>
        <w:rPr>
          <w:rFonts w:ascii="Times New Roman" w:hAnsi="Times New Roman" w:eastAsia="Times New Roman" w:cs="Times New Roman"/>
          <w:sz w:val="24"/>
        </w:rPr>
        <w:t>Date: [date]</w:t>
      </w:r>
    </w:p>
    <w:p>
      <w:pPr/>
    </w:p>
    <w:p>
      <w:pPr/>
    </w:p>
    <w:p>
      <w:pPr/>
      <w:r>
        <w:rPr>
          <w:rFonts w:ascii="Times New Roman" w:hAnsi="Times New Roman" w:eastAsia="Times New Roman" w:cs="Times New Roman"/>
          <w:sz w:val="24"/>
        </w:rPr>
        <w:t xml:space="preserve">SUBSCRIBED AND SWORN TO BEFORE ME this the </w:t>
      </w:r>
      <w:r>
        <w:rPr>
          <w:rFonts w:ascii="Times New Roman" w:hAnsi="Times New Roman" w:eastAsia="Times New Roman" w:cs="Times New Roman"/>
          <w:sz w:val="24"/>
        </w:rPr>
        <w:t>[</w:t>
      </w:r>
      <w:r>
        <w:rPr>
          <w:rFonts w:ascii="Times New Roman" w:hAnsi="Times New Roman" w:eastAsia="Times New Roman" w:cs="Times New Roman"/>
          <w:sz w:val="24"/>
        </w:rPr>
        <w:t xml:space="preserve">day] day of </w:t>
      </w:r>
      <w:r>
        <w:rPr>
          <w:rFonts w:ascii="Times New Roman" w:hAnsi="Times New Roman" w:eastAsia="Times New Roman" w:cs="Times New Roman"/>
          <w:sz w:val="24"/>
        </w:rPr>
        <w:t>[</w:t>
      </w:r>
      <w:r>
        <w:rPr>
          <w:rFonts w:ascii="Times New Roman" w:hAnsi="Times New Roman" w:eastAsia="Times New Roman" w:cs="Times New Roman"/>
          <w:sz w:val="24"/>
        </w:rPr>
        <w:t>month], 20</w:t>
      </w:r>
      <w:r>
        <w:rPr>
          <w:rFonts w:ascii="Times New Roman" w:hAnsi="Times New Roman" w:eastAsia="Times New Roman" w:cs="Times New Roman"/>
          <w:sz w:val="24"/>
        </w:rPr>
        <w:t>[</w:t>
      </w:r>
      <w:r>
        <w:rPr>
          <w:rFonts w:ascii="Times New Roman" w:hAnsi="Times New Roman" w:eastAsia="Times New Roman" w:cs="Times New Roman"/>
          <w:sz w:val="24"/>
        </w:rPr>
        <w:t>year].</w:t>
      </w:r>
    </w:p>
    <w:p>
      <w:pPr/>
    </w:p>
    <w:p>
      <w:pPr>
        <w:ind w:firstLine="4680"/>
      </w:pPr>
    </w:p>
    <w:p>
      <w:pPr>
        <w:ind w:firstLine="4680"/>
      </w:pPr>
      <w:r>
        <w:rPr>
          <w:rFonts w:ascii="Times New Roman" w:hAnsi="Times New Roman" w:eastAsia="Times New Roman" w:cs="Times New Roman"/>
          <w:sz w:val="24"/>
        </w:rPr>
        <w:t>My Commission Expires:</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