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Confession of Judgment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CONFESSION OF JUDGMENT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Pursuant to the authority contained in the warrant of attorney, the original 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which is attached to the complaint filed in this action, I appear for the defendant(s) and confess judgment in favor of the plaintiff(s) and against defendant(s) as follows: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Defendant(s)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