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an officer of the Company expressly authorizes such in writing. I will obtain the Company's written approval before publishing or submitting for publication any material (written, verbal, or otherwise) that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 unless otherwise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Company may receive from third parties confidential or proprietary information ("Third-Party Information") subject to a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an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employment by the Company I will not improperly use or disclose any confidential information or trade secrets, if any, of any former employer or any other person to whom I have an obligation of confidentiality, and I will not bring onto the premises of the Company any unpublished documents or any property belonging to any former employer or any other person to whom I have an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an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 This Agreement does not prohibit Employee from making truthful statements or disclosures about alleged unlawful acts in the workplace, including sexual harassment.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employee (including a contractor or consultant) may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filed in a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a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a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a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a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 hereby assign and agree to assign in the future (when any such Inventions are first reduced to practice or first fixed in a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a third party as directed by the Company pursuant to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this Agreement does not apply to an Invention that qualifies fully as a non-assignable Invention under Cal. Lab. Code § 2870. I have reviewed the notification on Exhibit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(Limited Assignment Exclusion Notice) and agree that my signature acknowledges receipt of the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(f)</w:t>
      </w:r>
      <w:r>
        <w:rPr>
          <w:rFonts w:ascii="Times New Roman" w:hAnsi="Times New Roman" w:eastAsia="Times New Roman" w:cs="Times New Roman"/>
          <w:b w:val="0"/>
          <w:sz w:val="24"/>
        </w:rPr>
        <w:t>, and I will at that time provide to the Company in writing all evidence necessary to substantiate that belief; provided that I shall not be compelled to disclose confidential information or trade secrets of any third party to whom I have an obligation of confidentiality. The Company will keep in confidence and will not use for any other purpose or disclose to third parties without my prior written consent any such information disclosed by me.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also agree to assign all my right, title and interest in and to any particular Company Invention to a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a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a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I hereby irrevocably designate and appoint the Company and its duly authorized officers and agents as my agent and attorney in fact, which appointment is coupled with an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represent that my performance of all the terms of this Agreement and as an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agree and acknowledge that any breach or threatened breach of this Agreement by me will result in irreparable harm to the Company for which there will be no adequate remedy at law. In such event, the Company shall be entitled to receive an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I leave the employ of the Company, to the extent permitted by law, I hereby consent to the notification of my new employer of my rights and obligations under this Agreement and acknowledge that the Company may send a copy or a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dispute arising under this Agreement will be governed by the law of California, and will be litigated in the appropriate state or federal court located in [city or county], California. Employee hereby submits to the jurisdiction of such courts in the event of any such dispute.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by the Company of any breach of this Agreement shall be a waiver of any preceding or succeeding breach. No waiver by the Company of any right under this Agreement shall be construed as a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AN ATTORNEY AT MY EXPENSE TO REVIEW THIS AGREEMENT BEFORE ACCEPTING IT. I WAS NOT COERCED IN ANY MANNER TO SIGN THIS AGREEMENT. I HAVE COMPLETELY FILLED OUT EXHIBITS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TO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the following is a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a confidentiality agreement, I cannot complete the disclosure above for the inventions listed below, identified only by a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val="0"/>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Employee Signature</w:t>
      </w:r>
    </w:p>
    <w:p>
      <w:pPr>
        <w:keepNext w:val="0"/>
        <w:spacing w:before="120" w:after="0" w:line="260" w:lineRule="exact"/>
        <w:ind w:left="360" w:right="0" w:firstLine="0"/>
        <w:jc w:val="left"/>
      </w:pPr>
      <w:r>
        <w:rPr>
          <w:rFonts w:ascii="Times New Roman" w:hAnsi="Times New Roman" w:eastAsia="Times New Roman" w:cs="Times New Roman"/>
          <w:b w:val="0"/>
          <w:sz w:val="24"/>
        </w:rPr>
        <w:t>EXHIBIT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ASSIGNMENT EXCLUSION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TO NOTIFY THE EMPLOYEE in accordance with section 2872 of the California Labor Code and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Confidentiality Agreement that the foregoing Agreement between the Employee and the Company does not require the Employee to assign or offer to assign to the Company any invention that the Employee developed entirely on the Employee's own time without using the Company's equipment, supplies, facilities or trade secret information except for those inventions that either: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RELATE AT THE TIME OF CONCEPTION OR REDUCTION TO PRACTICE OF THE INVENTION TO THE COMPANY'S BUSINESS, OR ACTUAL OR DEMONSTRABLY ANTICIPATED RESEARCH OR DEVELOPMENT OF THE COMPANY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RESULT FROM ANY WORK PERFORMED BY THE EMPLOYEE FOR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To the extent a provision in the foregoing Agreement purports to require the Employee to assign an invention otherwise excluded from the preceding paragraph, the provision is against the public policy of the state of California and is unenforceable.</w:t>
      </w:r>
    </w:p>
    <w:p>
      <w:pPr>
        <w:keepNext w:val="0"/>
        <w:spacing w:before="200" w:after="0" w:line="260" w:lineRule="exact"/>
        <w:ind w:left="1440" w:right="0" w:firstLine="0"/>
        <w:jc w:val="both"/>
      </w:pPr>
      <w:r>
        <w:rPr>
          <w:rFonts w:ascii="Times New Roman" w:hAnsi="Times New Roman" w:eastAsia="Times New Roman" w:cs="Times New Roman"/>
          <w:b w:val="0"/>
          <w:sz w:val="24"/>
        </w:rPr>
        <w:t>This limited exclusion does not apply to any patent or invention covered by a contract between the Company and the United States or any of its agencies requiring full title to such patent or invention to be in the United States.</w:t>
      </w:r>
    </w:p>
    <w:p>
      <w:pPr>
        <w:keepNext w:val="0"/>
        <w:spacing w:before="200" w:after="0" w:line="260" w:lineRule="exact"/>
        <w:ind w:left="1440" w:right="0" w:firstLine="0"/>
        <w:jc w:val="both"/>
      </w:pPr>
      <w:r>
        <w:rPr>
          <w:rFonts w:ascii="Times New Roman" w:hAnsi="Times New Roman" w:eastAsia="Times New Roman" w:cs="Times New Roman"/>
          <w:b/>
          <w:sz w:val="24"/>
        </w:rPr>
        <w:t>I ACKNOWLEDGE RECEIPT</w:t>
      </w:r>
      <w:r>
        <w:rPr>
          <w:rFonts w:ascii="Times New Roman" w:hAnsi="Times New Roman" w:eastAsia="Times New Roman" w:cs="Times New Roman"/>
          <w:b w:val="0"/>
          <w:sz w:val="24"/>
        </w:rPr>
        <w:t xml:space="preserve"> of a copy of this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Signature of Employee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Print Name of Employee</w:t>
      </w:r>
    </w:p>
    <w:p>
      <w:pPr>
        <w:keepNext w:val="0"/>
        <w:spacing w:before="200" w:after="0" w:line="260" w:lineRule="exact"/>
        <w:ind w:left="1440" w:right="0" w:firstLine="0"/>
        <w:jc w:val="both"/>
      </w:pPr>
      <w:r>
        <w:rPr>
          <w:rFonts w:ascii="Times New Roman" w:hAnsi="Times New Roman" w:eastAsia="Times New Roman" w:cs="Times New Roman"/>
          <w:b w:val="0"/>
          <w:sz w:val="24"/>
        </w:rPr>
        <w:t>Dated: 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WITNESSED BY: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Signature of Witness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Printed Name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