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my employment by [Company] (the Company), the compensation now and hereafter paid to me, and [other relevant consideration, if any (e.g., training, access to Company confidential information / customers, additional bonuses)], I, [employee name] (Employee),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Company's Rights; Non-disclosure.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all times during my employment with the Company and at all times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except as such disclosure, use or publication may be required in connection with my work for the Company, or unless an officer of the Company expressly authorizes such in writing. I will obtain the Company's written approval before publishing or submitting for publication any material (written, verbal, or otherwise) that relates to my work at the Company and/or incorporates any Confidential and Proprietary Information. I hereby assign to the Company any rights I may have or acquire in such Confidential and Proprietary Information and recognize that all Confidential and Proprietary Information shall be the sole property of the Company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"Confidential and Proprietary Information" shall mean any and all confidential and/or proprietary knowledge, data or information of the Company. By way of illustration but not limitation, Confidential and Proprietary Information includes tangible and intangible information relating to formulations, products, processes, know-how, designs, formulas, methods, developmental or experimental work, clinical data, improvements, discoveries, plans for research, new products, marketing and selling, business plans, budgets and unpublished financial statements, licenses, prices and costs, suppliers and customers.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understand that the Company may receive from third parties confidential or proprietary information ("Third-Party Information") subject to a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an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my employment by the Company I will not improperly use or disclose any confidential information or trade secrets, if any, of any former employer or any other person to whom I have an obligation of confidentiality, and I will not bring onto the premises of the Company any unpublished documents or any property belonging to any former employer or any other person to whom I have an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an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 individual employee (including a contractor or consultant) may not be held criminally or civilly liable under any Federal or State trade secret law for the disclosure of a trade secret that: (A) is made (i) in confidence to a Federal, State, or local government official, either directly or indirectly, or to an attorney; and (ii) solely for the purpose of reporting or investigating a suspected violation of law; or (B) is made in a complaint or other document filed in a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 individual who files a lawsuit for retaliation by an employer for reporting a suspected violation of law may disclose the trade secret to the attorney of the individual and use the trade secret information in the court proceeding, if the individual (A) files any document containing the trade secret under seal; and (B) does not disclose the trade secret, except pursuant to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a request for any such disclosure of Confidential and Proprietary Information and agrees, upon request by the Company, to reasonably cooperate (at the Company's expense) with the Company's lawful efforts to challenge or limit such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herein for more detail on the return of Company documents).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a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Inventions, if any, patented or unpatented, that I made prior to the commencement of my employment with the Company are excluded from the scope of this Agreement. To preclude any possible uncertainty, I have set forth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attached hereto a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(referred to herein as "Prior Inventions"). If disclosure of any such Prior Invention would cause me to violate any prior confidentiality agreement, I understand that I am not to identify or describe such Prior Inventions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a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Sections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herein, I hereby assign and agree to assign in the future (when any such Inventions  are first reduced to practice or first fixed in a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subject to assignment to the Company, or to a third party as directed by the Company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herein, are referred to in this Agreement as "Company Inventions." The Company will have the right to obtain and hold in its own name patents, copyrights, registrations and any other protection available with respect to such Inventions or Proprietary Rights as may be necessary or desirable to transfer, perfect and defend the Company's ownership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 will at that time provide to the Company in writing all evidence necessary to substantiate that belief; provided that I shall not be compelled to disclose confidential information or trade secrets of any third party to whom I have an obligation of confidentiality. I will preserve the confidentiality of all Inventions that belong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also agree to assign all my right, title and interest in and to any particular Company Invention to a third party, including without limitation the United States, as directed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will assist the Company in every proper way to obtain, and from time to time enforce, United States and foreign Proprietary Rights relating to Company Inventions in any and all countries. To that end I will execute, verify and deliver such documents and perform such other acts (including appearances as a witness) as the Company may reasonably request for use in applying for, obtaining, perfecting, evidencing, sustaining and enforcing such Proprietary Rights and the assignment thereof. In addition, I will execute, verify and deliver assignments of such Proprietary Rights to the Company or its designee. My obligation to assist the Company with respect to Proprietary Rights relating to such Company Inventions in any and all countries shall continue beyond the termination of my employment, but the Company shall compensate me at a reasonable rate after my termination for the time actually spent by me at the Company's request on such assistance. In the event the Company is unable for any reason, after reasonable effort, to secure my signature on any document needed in connection with the actions specified in the preceding paragraph, I hereby irrevocably designate and appoint the Company and its duly authorized officers and agents as my agent and attorney in fact, which appointment is coupled with an interest, to act for and in my behalf to execute, verify and file any such documents and to do all other lawfully permitted acts to further the purposes of the preceding paragraph with the same legal force and effect as if executed by me.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I hereby irrevocably designate and appoint the Company and its duly authorized officers and agents as my agent and attorney in fact, which appointment is coupled with an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represent that my performance of all the terms of this Agreement and as an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When I leave the employ of the Company, and at such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 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hereby agree and acknowledge that any breach or threatened breach of this Agreement by me will result in irreparable harm to the Company for which there will be no adequate remedy at law. In such event, the Company shall be entitled to receive an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I leave the employ of the Company, to the extent permitted by law, I hereby consent to the notification of my new employer of my rights and obligations under this Agreement and acknowledge that the Company may send a copy or a redacted copy of this Agreement to my new employer.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construed according to the laws of [state]. I hereby expressly consent to the personal jurisdiction of the state and federal courts located in [county], [state] for any lawsuit filed there against me by the Company arising from or related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binding upon my heirs, executors, administrators and other legal representatives and will be for the benefit of the Company, its successors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waiver by the Company of any breach of this Agreement shall be a waiver of any preceding or succeeding breach. No waiver by the Company of any right under this Agreement shall be construed as a waiver of any other right. The Company shall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I HAVE READ THIS AGREEMENT CAREFULLY AND UNDERSTAND ITS TERMS. I UNDERSTAND I HAVE THE RIGHT TO OBTAIN AN ATTORNEY AT MY EXPENSE TO REVIEW THIS AGREEMENT BEFORE ACCEPTING IT. I WAS NOT COERCED IN ANY MANNER TO SIGN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TO: [Company]</w:t>
      </w:r>
    </w:p>
    <w:p>
      <w:pPr>
        <w:keepNext w:val="0"/>
        <w:spacing w:before="200" w:after="0" w:line="260" w:lineRule="exact"/>
        <w:ind w:left="360" w:right="0" w:firstLine="0"/>
        <w:jc w:val="both"/>
      </w:pPr>
      <w:r>
        <w:rPr>
          <w:rFonts w:ascii="Times New Roman" w:hAnsi="Times New Roman" w:eastAsia="Times New Roman" w:cs="Times New Roman"/>
          <w:b w:val="0"/>
          <w:sz w:val="24"/>
        </w:rPr>
        <w:t>FROM: [Employee]</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the following is a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080" w:right="0" w:firstLine="0"/>
        <w:jc w:val="both"/>
      </w:pPr>
      <w:r>
        <w:rPr>
          <w:rFonts w:ascii="Times New Roman" w:hAnsi="Times New Roman" w:eastAsia="Times New Roman" w:cs="Times New Roman"/>
          <w:b w:val="0"/>
          <w:sz w:val="24"/>
        </w:rPr>
        <w:t>_____ No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See description of Inventions  below:</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 See additional sheets attached with description of Inventions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Due to a confidentiality agreement, I cannot complete the disclosure above for the inventions listed below, identified only by a cursory name, the party(ies) to whom it belongs, and my relationship to such party(ies):</w:t>
      </w:r>
    </w:p>
    <w:p>
      <w:pPr>
        <w:keepNext w:val="0"/>
        <w:spacing w:before="200" w:after="0" w:line="260" w:lineRule="exact"/>
        <w:ind w:left="720" w:right="0" w:firstLine="0"/>
        <w:jc w:val="both"/>
      </w:pPr>
      <w:r>
        <w:rPr>
          <w:rFonts w:ascii="Times New Roman" w:hAnsi="Times New Roman" w:eastAsia="Times New Roman" w:cs="Times New Roman"/>
          <w:b w:val="0"/>
          <w:sz w:val="24"/>
        </w:rPr>
        <w:t>_____ See additional sheets attached.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