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 unless otherwise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 </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 This Agreement does not prohibit Employee from making truthful statements or disclosures about alleged unlawful acts in the workplace, including sexual harassment.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Non-assignable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this Agreement does not apply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that qualifies fully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Invention under Cal. Lab. Code § 2870. I have reviewed the notification on Exhibit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(Limited Assignment Exclusion Notice) and agree that my signature acknowledges receipt of the notification.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The Company will keep in confidence and will not use for any other purpose or disclose to third parties without my prior written consent any such information disclosed by me.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dispute arising under this Agreement will be governed by the law of California, and will be litigated in the appropriate state or federal court located in [city or county], California. Employee hereby submits to the jurisdiction of such courts in the event of any such dispute.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 I HAVE COMPLETELY FILLED OUT EXHIBITS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TO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val="0"/>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Employee Signature</w:t>
      </w:r>
    </w:p>
    <w:p>
      <w:pPr>
        <w:keepNext w:val="0"/>
        <w:spacing w:before="120" w:after="0" w:line="260" w:lineRule="exact"/>
        <w:ind w:left="360" w:right="0" w:firstLine="0"/>
        <w:jc w:val="left"/>
      </w:pPr>
      <w:r>
        <w:rPr>
          <w:rFonts w:ascii="Times New Roman" w:hAnsi="Times New Roman" w:eastAsia="Times New Roman" w:cs="Times New Roman"/>
          <w:b w:val="0"/>
          <w:sz w:val="24"/>
        </w:rPr>
        <w:t>EXHIBIT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ASSIGNMENT EXCLUSION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TO NOTIFY THE EMPLOYEE in accordance with section 2872 of the California Labor Code and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Confidentiality Agreement that the foregoing Agreement between the Employee and the Company does not require the Employee to assign or offer to assign to the Company any invention that the Employee developed entirely on the Employee's own time without using the Company's equipment, supplies, facilities or trade secret information except for those inventions that either: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RELATE AT THE TIME OF CONCEPTION OR REDUCTION TO PRACTICE OF THE INVENTION TO THE COMPANY'S BUSINESS, OR ACTUAL OR DEMONSTRABLY ANTICIPATED RESEARCH OR DEVELOPMENT OF THE COMPANY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RESULT FROM ANY WORK PERFORMED BY THE EMPLOYEE FOR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in the foregoing Agreement purports to require the Employee to assign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otherwise excluded from the preceding paragraph, the provision is against the public policy of the state of California and is unenforceable.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limited exclusion does not apply to any patent or invention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the Company and the United States or any of its agencies requiring full title to such patent or invention to be in the United States.</w:t>
      </w:r>
    </w:p>
    <w:p>
      <w:pPr>
        <w:keepNext w:val="0"/>
        <w:spacing w:before="200" w:after="0" w:line="260" w:lineRule="exact"/>
        <w:ind w:left="1440" w:right="0" w:firstLine="0"/>
        <w:jc w:val="both"/>
      </w:pPr>
      <w:r>
        <w:rPr>
          <w:rFonts w:ascii="Times New Roman" w:hAnsi="Times New Roman" w:eastAsia="Times New Roman" w:cs="Times New Roman"/>
          <w:b/>
          <w:sz w:val="24"/>
        </w:rPr>
        <w:t>I ACKNOWLEDGE RECEIPT</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notification.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Signature of Employee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Print Name of Employee</w:t>
      </w:r>
    </w:p>
    <w:p>
      <w:pPr>
        <w:keepNext w:val="0"/>
        <w:spacing w:before="200" w:after="0" w:line="260" w:lineRule="exact"/>
        <w:ind w:left="1440" w:right="0" w:firstLine="0"/>
        <w:jc w:val="both"/>
      </w:pPr>
      <w:r>
        <w:rPr>
          <w:rFonts w:ascii="Times New Roman" w:hAnsi="Times New Roman" w:eastAsia="Times New Roman" w:cs="Times New Roman"/>
          <w:b w:val="0"/>
          <w:sz w:val="24"/>
        </w:rPr>
        <w:t>Dated: 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WITNESSED BY:</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Signature of Witness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w:t>
      </w:r>
    </w:p>
    <w:p>
      <w:pPr>
        <w:keepNext w:val="0"/>
        <w:spacing w:before="60" w:after="0" w:line="260" w:lineRule="exact"/>
        <w:ind w:left="1440" w:right="0" w:firstLine="0"/>
        <w:jc w:val="both"/>
      </w:pPr>
      <w:r>
        <w:rPr>
          <w:rFonts w:ascii="Times New Roman" w:hAnsi="Times New Roman" w:eastAsia="Times New Roman" w:cs="Times New Roman"/>
          <w:b w:val="0"/>
          <w:sz w:val="24"/>
        </w:rPr>
        <w:t>Printed Name of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