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In consideration of my employment by [Company] (the Company), the compensation now and hereafter paid to me, and [other relevant consideration, if any (e.g., training, access to Company confidential information / customers, additional bonuses)], I, [employee name] (Employee), hereby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the Company's Rights; Non-disclosure.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At all times during my employment with the Company and at all times thereafter, I will hold in strictest confidence and will not disclose, use, lecture upon or publish any of the Company's Confidential and Proprietary Information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 except as such disclosure, use or publication may be required in connection with my work for the Company, or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expressly authorizes such in writing. I will obtain the Company's written approval before publishing or submitting for publication any material (written, verbal, or otherwise) that relates to my work at the Company and/or incorporates any Confidential and Proprietary Information. I hereby assign to the Company any rights I may have or acquire in the Confidential and Proprietary Information and recognize that all Confidential and Proprietary Information shall be the sole property of the Company and its assigns.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term "Confidential and Proprietary Information" shall mean any and all knowledge, data or information relating to the Company's products, business or operations that is created or obtained by, or otherwise proprietary to, the Company, that the Company maintains as confidential, and that is not generally known or readily obtainable outside the Company, including, for purposes of illustration and not limitation, the business plans, financial records, strategies, customers, potential customers, customer retention and service strategies and plans, suppliers, prospective suppliers, vendors, licensees, licensors, products, product samples, costs, margins, procurement processes, sources, strategies, inventions, procedures, sales aids or literature, technical advice or knowledge, contractual agreements and preferences, pricing, price lists, product specifications, trade secrets, distribution methods, inventories, marketing strategies and interests, inventions, pending patent applications, formulae, algorithms, data, designs, formulations, methods, drawings, work sheets, blueprints, concepts, samples, inventions, manufacturing processes, computer programs and systems and know-how or other intellectual property, of the Company and its affiliates. All Confidential and Proprietary Information shall remain the sole and exclusive property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understand that the Company may receive from third parties confidential or proprietary information ("Third-Party Information")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During my employment by the Company I will not improperly use or disclose any confidential information or trade secrets, if any, of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and I will not bring onto the premises of the Company any unpublished documents or any property belonging to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hereby agree that (i) all Company Inventions (as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Disclosure.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any such disclosure of Confidential and Proprietary Information and agrees, upon request by the Company, to reasonably cooperate (at the Company's expense) with the Company's lawful efforts to challenge or limit such disclosure.</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herein for more detail on the return of Company documents).</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term "Proprietary Rights" shall mean all trade secret, patent, copyright, mask work and other intellectual property rights throughout the world. 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Inventions, if any, patented or unpatented, that I made prior to the commencement of my employment with the Company are excluded from the scope of this Agreement. To preclude any possible uncertainty, I have set forth on Exhibit 1  attached 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 referred to herein as "Prior Inventions"). If disclosure of any such Prior Invention would cause me to violate any prior confidentiality agreement, I understand that I am not to identify or describe such Prior Invention in Exhibit 1 but am only to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for each such invention,  the party(ies) to whom it belongs and my relationship to such party(ies).  If Exhibit 1 is left blank,  I represent that there are no Prior Inventions.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Section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herein, I hereby assign and agree to assign in the future (when any such Inventions  are first reduced to practice or first fixed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Inventions subject to assignment  to the Company,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as directed by the Company pursuant to Section </w:t>
      </w:r>
      <w:r>
        <w:rPr>
          <w:rFonts w:ascii="Times New Roman" w:hAnsi="Times New Roman" w:eastAsia="Times New Roman" w:cs="Times New Roman"/>
          <w:b w:val="0"/>
          <w:sz w:val="24"/>
        </w:rPr>
        <w:t>(f)</w:t>
      </w:r>
      <w:r>
        <w:rPr>
          <w:rFonts w:ascii="Times New Roman" w:hAnsi="Times New Roman" w:eastAsia="Times New Roman" w:cs="Times New Roman"/>
          <w:b w:val="0"/>
          <w:sz w:val="24"/>
        </w:rPr>
        <w:t>. herein, are  referred to in this Agreement as "Company Inventions." The Company will have the right to obtain and hold in its own name patents, copyrights, registrations and any other protection available with respect to such Inventions or Proprietary Rights as may be necessary or desirable to transfer, perfect and defend the Company's ownership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During the period of my employment and for [number] months after termination of my employment with the Company, unless otherwise provided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do not qualify for assignment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and I will at that time provide to the Company in writing all evidence necessary to substantiate that belief. I will preserve the confidentiality of any Company Invention.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 Party.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also agree to assign all my right, title and interest in and to any particular Company Invention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including without limitation the United States, as directed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for Hire.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Both during and after my employment with the Company, I agree to assist the Company in every proper way to obtain, and  enforce, United States and foreign Proprietary Rights relating to Company Inventions in any and all countries. To that end I will execute, verify and deliver such documents and perform such other acts (including appearances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as the Company may reasonably request for use in applying for, obtaining, perfecting, evidencing, sustaining and enforcing such Proprietary Rights and the assignment thereof, including without limitation execution, verification and delivery of assignments of applicable Proprietary Rights to the Company or its designee. The Company shall compensate Employee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for the time actually spent by Employee at the Company's request on such assistance provided after the termination of Employee's employment with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the Company is unable for any reason, after reasonable effort, to secure my signature on any document needed in connection with the actions specified in Section 2.7, I hereby irrevocably designate and appoint the Company and its duly authorized officers and agents as my agent and attorney in fact, which appointment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represent that my performance of all the terms of this Agreement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 I leave the employ of the Company, and at such other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hereby agree and acknowledge that any breach or threatened breach of this Agreement by me will result in irreparable harm to the Company for which there will be no adequate remedy at law. In such event, the Company shall be entitled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I leave the employ of the Company, to the extent permitted by law, I hereby consent to the notification of my new employer of my rights and obligations under this Agreement and acknowledge that the Company may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redacted copy of this Agreement to my new employer.</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governed by and construed according to the laws of [state]. I hereby expressly consent to the personal jurisdiction of the state and federal courts located in [county] County, [state] for any lawsuit filed there against me by the Company arising from or related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case any one or more of the provisions contained in this Agreement shall, for any reason, be held to be invalid, illegal or unenforceable in any respect, such invalidity, illegality or unenforceability shall not affect the other provisions of this Agreement, and this Agreement shall be construed as if such invalid, illegal or unenforceable provision had never been contained herein. If moreover, any one or more of the provisions contained in this Agreement shall for any reason be held to be excessively broad as to duration, geographical scope, activity or subject, it shall be construed by limiting and reducing it, so as to be enforceable to the extent compatible with the applicable law as it shall then appear.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binding upon my heirs, executors, administrators and other legal representatives and will be for the benefit of the Company, its successors and its assigns.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waiver by the Company of any breach of this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Agreement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shall not be required to give notice to enforce strict adherence to all terms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READ THIS AGREEMENT CAREFULLY AND UNDERSTAND ITS TERMS. I UNDERSTAND I HAVE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MY EXPENSE TO REVIEW THIS AGREEMENT BEFORE ACCEPTING IT. I WAS NOT COERCED IN ANY MANNER TO SIGN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TO: [Company]</w:t>
      </w:r>
    </w:p>
    <w:p>
      <w:pPr>
        <w:keepNext w:val="0"/>
        <w:spacing w:before="200" w:after="0" w:line="260" w:lineRule="exact"/>
        <w:ind w:left="720" w:right="0" w:firstLine="0"/>
        <w:jc w:val="both"/>
      </w:pPr>
      <w:r>
        <w:rPr>
          <w:rFonts w:ascii="Times New Roman" w:hAnsi="Times New Roman" w:eastAsia="Times New Roman" w:cs="Times New Roman"/>
          <w:b w:val="0"/>
          <w:sz w:val="24"/>
        </w:rPr>
        <w:t>FROM: [Employee]</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SUBJECT: Previous Inventions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No inventions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See description of inventions below:</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See additional sheets attached with description of inventions below.</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I cannot complete the disclosure above for the inventions listed below, identified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the party(ies) to whom it belongs, and my relationship to such party(ies):</w:t>
      </w:r>
    </w:p>
    <w:p>
      <w:pPr>
        <w:keepNext w:val="0"/>
        <w:spacing w:before="200" w:after="0" w:line="260" w:lineRule="exact"/>
        <w:ind w:left="720" w:right="0" w:firstLine="0"/>
        <w:jc w:val="both"/>
      </w:pPr>
      <w:r>
        <w:rPr>
          <w:rFonts w:ascii="Times New Roman" w:hAnsi="Times New Roman" w:eastAsia="Times New Roman" w:cs="Times New Roman"/>
          <w:b w:val="0"/>
          <w:sz w:val="24"/>
        </w:rPr>
        <w:t>______ See additional sheets attached.</w:t>
      </w:r>
    </w:p>
    <w:p>
      <w:pPr/>
    </w:p>
    <w:p>
      <w:pPr>
        <w:keepNext w:val="0"/>
        <w:spacing w:before="200" w:after="0" w:line="260" w:lineRule="exact"/>
        <w:ind w:left="720" w:right="0" w:firstLine="0"/>
        <w:jc w:val="both"/>
      </w:pPr>
      <w:r>
        <w:rPr>
          <w:rFonts w:ascii="Times New Roman" w:hAnsi="Times New Roman" w:eastAsia="Times New Roman" w:cs="Times New Roman"/>
          <w:b/>
          <w:sz w:val="24"/>
        </w:rPr>
        <w:t>If this Exhibit is left blank, I represent that there are no Prior Inventions.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Employee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